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Отделение Социального фонда России</w:t>
      </w:r>
    </w:p>
    <w:p>
      <w:pPr>
        <w:spacing w:after="120"/>
        <w:jc w:val="right"/>
      </w:pPr>
      <w:r>
        <w:rPr>
          <w:b w:val="0"/>
          <w:i w:val="0"/>
        </w:rPr>
        <w:t>по [субъект РФ] / Клиентскую службу СФР</w:t>
      </w:r>
    </w:p>
    <w:p>
      <w:pPr>
        <w:spacing w:after="120"/>
        <w:jc w:val="right"/>
      </w:pPr>
      <w:r>
        <w:rPr>
          <w:b w:val="0"/>
          <w:i w:val="0"/>
        </w:rPr>
        <w:t>по [район / городской округ]</w:t>
      </w:r>
    </w:p>
    <w:p>
      <w:pPr>
        <w:spacing w:after="120"/>
        <w:jc w:val="right"/>
      </w:pPr>
      <w:r>
        <w:rPr>
          <w:b w:val="0"/>
          <w:i w:val="0"/>
        </w:rPr>
        <w:t>Адрес: [адрес отделения / клиентской службы]</w:t>
      </w:r>
    </w:p>
    <w:p>
      <w:pPr>
        <w:spacing w:after="80"/>
      </w:pPr>
    </w:p>
    <w:p>
      <w:pPr>
        <w:spacing w:after="120"/>
        <w:jc w:val="right"/>
      </w:pPr>
      <w:r>
        <w:rPr>
          <w:b/>
          <w:i w:val="0"/>
        </w:rPr>
        <w:t>От: [ФИО пенсионера полностью]</w:t>
      </w:r>
    </w:p>
    <w:p>
      <w:pPr>
        <w:spacing w:after="120"/>
        <w:jc w:val="right"/>
      </w:pPr>
      <w:r>
        <w:rPr>
          <w:b w:val="0"/>
          <w:i w:val="0"/>
        </w:rPr>
        <w:t>Дата рождения: [дд.мм.гггг]</w:t>
      </w:r>
    </w:p>
    <w:p>
      <w:pPr>
        <w:spacing w:after="120"/>
        <w:jc w:val="right"/>
      </w:pPr>
      <w:r>
        <w:rPr>
          <w:b w:val="0"/>
          <w:i w:val="0"/>
        </w:rPr>
        <w:t>СНИЛС: [___-___-___ __]</w:t>
      </w:r>
    </w:p>
    <w:p>
      <w:pPr>
        <w:spacing w:after="120"/>
        <w:jc w:val="right"/>
      </w:pPr>
      <w:r>
        <w:rPr>
          <w:b w:val="0"/>
          <w:i w:val="0"/>
        </w:rPr>
        <w:t>Паспорт: [серия, номер, кем и когда выдан]</w:t>
      </w:r>
    </w:p>
    <w:p>
      <w:pPr>
        <w:spacing w:after="120"/>
        <w:jc w:val="right"/>
      </w:pPr>
      <w:r>
        <w:rPr>
          <w:b w:val="0"/>
          <w:i w:val="0"/>
        </w:rPr>
        <w:t>Адрес регистрации: [полный адрес с индексом]</w:t>
      </w:r>
    </w:p>
    <w:p>
      <w:pPr>
        <w:spacing w:after="120"/>
        <w:jc w:val="right"/>
      </w:pPr>
      <w:r>
        <w:rPr>
          <w:b w:val="0"/>
          <w:i w:val="0"/>
        </w:rPr>
        <w:t>Адрес фактического проживания: [полный адрес с индексом, если отличается от регистрации]</w:t>
      </w:r>
    </w:p>
    <w:p>
      <w:pPr>
        <w:spacing w:after="120"/>
        <w:jc w:val="right"/>
      </w:pPr>
      <w:r>
        <w:rPr>
          <w:b w:val="0"/>
          <w:i w:val="0"/>
        </w:rPr>
        <w:t>Телефон: [номер]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 доставке пенсии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Я, [ФИО], являюсь получателем [страховой пенсии по старости / страховой пенсии по инвалидности / пенсии по случаю потери кормильца / социальной пенсии / иной пенсии — указать].</w:t>
      </w:r>
    </w:p>
    <w:p>
      <w:pPr>
        <w:spacing w:after="120"/>
      </w:pPr>
      <w:r>
        <w:rPr>
          <w:b w:val="0"/>
          <w:i w:val="0"/>
        </w:rPr>
        <w:t>В настоящее время доставка назначенной мне пенсии производится через [кредитную организацию — наименование банка, номер счёта / предыдущего доставщика].</w:t>
      </w:r>
    </w:p>
    <w:p>
      <w:pPr>
        <w:spacing w:after="120"/>
      </w:pPr>
      <w:r>
        <w:rPr>
          <w:b w:val="0"/>
          <w:i w:val="0"/>
        </w:rPr>
        <w:t>Руководствуясь частями 12–14 статьи 21 Федерального закона от 28.12.2013 № 400-ФЗ «О страховых пенсиях», прошу изменить способ доставки моей пенсии и производить её выплату через организацию почтовой связи — АО «Почта России» по месту фактического проживания:</w:t>
      </w:r>
    </w:p>
    <w:p>
      <w:pPr>
        <w:spacing w:after="120"/>
      </w:pPr>
      <w:r>
        <w:rPr>
          <w:b/>
          <w:i w:val="0"/>
        </w:rPr>
        <w:t>Адрес доставки: [полный адрес с индексом]</w:t>
      </w:r>
    </w:p>
    <w:p>
      <w:pPr>
        <w:spacing w:after="120"/>
      </w:pPr>
      <w:r>
        <w:rPr>
          <w:b w:val="0"/>
          <w:i w:val="0"/>
        </w:rPr>
        <w:t>Отделение почтовой связи: [номер ОПС / название], если известно</w:t>
      </w:r>
    </w:p>
    <w:p>
      <w:pPr>
        <w:spacing w:after="120"/>
      </w:pPr>
      <w:r>
        <w:rPr>
          <w:b w:val="0"/>
          <w:i/>
        </w:rPr>
        <w:t>Прошу производить доставку пенсии, [выбрать один вариант]:</w:t>
      </w:r>
    </w:p>
    <w:p>
      <w:pPr>
        <w:spacing w:after="40"/>
      </w:pPr>
      <w:r>
        <w:rPr>
          <w:b w:val="0"/>
          <w:i w:val="0"/>
        </w:rPr>
        <w:t>☐ на дом (доставка почтальоном по указанному адресу);</w:t>
      </w:r>
    </w:p>
    <w:p>
      <w:pPr>
        <w:spacing w:after="120"/>
      </w:pPr>
      <w:r>
        <w:rPr>
          <w:b w:val="0"/>
          <w:i w:val="0"/>
        </w:rPr>
        <w:t>☐ в отделении почтовой связи (получение в кассе ОПС).</w:t>
      </w:r>
    </w:p>
    <w:p>
      <w:pPr>
        <w:spacing w:after="120"/>
      </w:pPr>
      <w:r>
        <w:rPr>
          <w:b w:val="0"/>
          <w:i/>
        </w:rPr>
        <w:t>Дата, с которой прошу производить выплату по новому способу доставки, — с [дд.мм.гггг].</w:t>
      </w:r>
    </w:p>
    <w:p>
      <w:pPr>
        <w:spacing w:after="120"/>
      </w:pPr>
      <w:r>
        <w:rPr>
          <w:b w:val="0"/>
          <w:i w:val="0"/>
        </w:rPr>
        <w:t>О принятом решении и дате начала выплаты пенсии через организацию почтовой связи прошу уведомить меня в установленный срок способом, указанным ниже: [почтовое отправление / личный кабинет на портале Госуслуг / телефонный звонок].</w:t>
      </w:r>
    </w:p>
    <w:p>
      <w:pPr>
        <w:spacing w:after="120"/>
      </w:pP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паспорта (страницы с ФИО и регистрацией).</w:t>
      </w:r>
    </w:p>
    <w:p>
      <w:pPr>
        <w:spacing w:after="40"/>
      </w:pPr>
      <w:r>
        <w:rPr>
          <w:b w:val="0"/>
          <w:i w:val="0"/>
        </w:rPr>
        <w:t>2. Копия СНИЛС.</w:t>
      </w:r>
    </w:p>
    <w:p>
      <w:pPr>
        <w:spacing w:after="40"/>
      </w:pPr>
      <w:r>
        <w:rPr>
          <w:b w:val="0"/>
          <w:i w:val="0"/>
        </w:rPr>
        <w:t>3. [При изменении фактического адреса]: документ, подтверждающий адрес фактического проживания (при наличии).</w:t>
      </w:r>
    </w:p>
    <w:p>
      <w:pPr>
        <w:spacing w:after="120"/>
      </w:pPr>
      <w:r>
        <w:rPr>
          <w:b w:val="0"/>
          <w:i w:val="0"/>
        </w:rPr>
        <w:t>4. [При наличии]: копия ранее поданного заявления о доставке пенсии.</w:t>
      </w:r>
    </w:p>
    <w:p>
      <w:pPr>
        <w:spacing w:after="120"/>
      </w:pPr>
      <w:r>
        <w:rPr>
          <w:b w:val="0"/>
          <w:i/>
        </w:rPr>
        <w:t>Настоящее заявление составлено в двух экземплярах: один — для СФР, второй — с отметкой о принятии для заявителя.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