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[наименование] отделение судебных приставов</w:t>
      </w:r>
    </w:p>
    <w:p>
      <w:pPr>
        <w:spacing w:after="120"/>
        <w:jc w:val="right"/>
      </w:pPr>
      <w:r>
        <w:rPr>
          <w:b w:val="0"/>
          <w:i w:val="0"/>
        </w:rPr>
        <w:t>ГУ ФССП России по [субъект РФ]</w:t>
      </w:r>
    </w:p>
    <w:p>
      <w:pPr>
        <w:spacing w:after="120"/>
        <w:jc w:val="right"/>
      </w:pPr>
      <w:r>
        <w:rPr>
          <w:b w:val="0"/>
          <w:i w:val="0"/>
        </w:rPr>
        <w:t>Судебному приставу-исполнителю: [ФИО]</w:t>
      </w:r>
    </w:p>
    <w:p>
      <w:pPr>
        <w:spacing w:after="120"/>
        <w:jc w:val="right"/>
      </w:pPr>
      <w:r>
        <w:rPr>
          <w:b/>
          <w:i w:val="0"/>
        </w:rPr>
        <w:t>От должника: 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номер, кем и когда выдан]</w:t>
      </w:r>
    </w:p>
    <w:p>
      <w:pPr>
        <w:spacing w:after="120"/>
        <w:jc w:val="right"/>
      </w:pPr>
      <w:r>
        <w:rPr>
          <w:b w:val="0"/>
          <w:i w:val="0"/>
        </w:rPr>
        <w:t>Телефон: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сохранении заработной платы и иных доходов ежемесячно в размере прожиточного минимума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В отношении меня ведётся исполнительное производство № [номер] от [дата] о взыскании [предмет взыскания и сумма] в пользу [наименование взыскателя].</w:t>
      </w:r>
    </w:p>
    <w:p>
      <w:pPr>
        <w:spacing w:after="120"/>
      </w:pPr>
      <w:r>
        <w:rPr>
          <w:b w:val="0"/>
          <w:i w:val="0"/>
        </w:rPr>
        <w:t>Удержания производятся из моих доходов ([заработная плата / пенсия / иные периодические выплаты]), поступающих на счёт № [номер счёта] в [наименование банка]. После удержания в моём распоряжении остаётся сумма менее прожиточного минимума, что лишает меня средств к существованию.</w:t>
      </w:r>
    </w:p>
    <w:p>
      <w:pPr>
        <w:spacing w:after="120"/>
      </w:pPr>
      <w:r>
        <w:rPr>
          <w:b w:val="0"/>
          <w:i w:val="0"/>
        </w:rPr>
        <w:t>В соответствии с частью 5.1 статьи 69 и частью 3.1 статьи 99 Федерального закона от 02.10.2007 № 229-ФЗ «Об исполнительном производстве», статьёй 446 Гражданского процессуального кодекса РФ,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Сохранять мне ежемесячно заработную плату и иные доходы в размере прожиточного минимума трудоспособного населения в целом по Российской Федерации [либо в субъекте РФ по месту жительства, если он превышает федеральный].</w:t>
      </w:r>
    </w:p>
    <w:p>
      <w:pPr>
        <w:spacing w:after="120"/>
      </w:pPr>
      <w:r>
        <w:rPr>
          <w:b w:val="0"/>
          <w:i w:val="0"/>
        </w:rPr>
        <w:t>2. Обеспечить сохранение указанных средств на счёте № [номер счёта] в [наименование банка], реквизиты которого приложены к настоящему заявлению.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документа о доходах ([справка 2-НДФЛ / справка о размере пенсии]).</w:t>
      </w:r>
    </w:p>
    <w:p>
      <w:pPr>
        <w:spacing w:after="40"/>
      </w:pPr>
      <w:r>
        <w:rPr>
          <w:b w:val="0"/>
          <w:i w:val="0"/>
        </w:rPr>
        <w:t>2. Реквизиты банковского счёта для сохранения средств.</w:t>
      </w:r>
    </w:p>
    <w:p>
      <w:pPr>
        <w:spacing w:after="120"/>
      </w:pPr>
      <w:r>
        <w:rPr>
          <w:b w:val="0"/>
          <w:i w:val="0"/>
        </w:rPr>
        <w:t>3. [При наличии иждивенцев — документы, подтверждающие их нахождении на иждивении: свидетельства о рождении, справки].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