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right"/>
      </w:pPr>
      <w:r>
        <w:rPr>
          <w:b/>
          <w:i w:val="0"/>
        </w:rPr>
        <w:t>В [наименование отдела ФССП по …]</w:t>
      </w:r>
    </w:p>
    <w:p>
      <w:pPr>
        <w:spacing w:after="120"/>
        <w:jc w:val="right"/>
      </w:pPr>
      <w:r>
        <w:rPr>
          <w:b w:val="0"/>
          <w:i w:val="0"/>
        </w:rPr>
        <w:t>Судебному приставу-исполнителю: [ФИО]</w:t>
      </w:r>
    </w:p>
    <w:p>
      <w:pPr>
        <w:spacing w:after="120"/>
        <w:jc w:val="right"/>
      </w:pPr>
      <w:r>
        <w:rPr>
          <w:b w:val="0"/>
          <w:i w:val="0"/>
        </w:rPr>
        <w:t>Адрес: [почтовый адрес отдела]</w:t>
      </w:r>
    </w:p>
    <w:p>
      <w:pPr>
        <w:spacing w:after="120"/>
        <w:jc w:val="right"/>
      </w:pPr>
      <w:r>
        <w:rPr>
          <w:b/>
          <w:i w:val="0"/>
        </w:rPr>
        <w:t>От: [ФИО должника полностью]</w:t>
      </w:r>
    </w:p>
    <w:p>
      <w:pPr>
        <w:spacing w:after="120"/>
        <w:jc w:val="right"/>
      </w:pPr>
      <w:r>
        <w:rPr>
          <w:b w:val="0"/>
          <w:i w:val="0"/>
        </w:rPr>
        <w:t>Адрес: [место жительства / регистрации]</w:t>
      </w:r>
    </w:p>
    <w:p>
      <w:pPr>
        <w:spacing w:after="120"/>
        <w:jc w:val="right"/>
      </w:pPr>
      <w:r>
        <w:rPr>
          <w:b w:val="0"/>
          <w:i w:val="0"/>
        </w:rPr>
        <w:t>Дата и место рождения: [ддммгггг, место рождения]</w:t>
      </w:r>
    </w:p>
    <w:p>
      <w:pPr>
        <w:spacing w:after="120"/>
        <w:jc w:val="right"/>
      </w:pPr>
      <w:r>
        <w:rPr>
          <w:b w:val="0"/>
          <w:i w:val="0"/>
        </w:rPr>
        <w:t>Паспорт: [серия, номер, кем и когда выдан]</w:t>
      </w:r>
    </w:p>
    <w:p>
      <w:pPr>
        <w:spacing w:after="120"/>
        <w:jc w:val="right"/>
      </w:pPr>
      <w:r>
        <w:rPr>
          <w:b w:val="0"/>
          <w:i w:val="0"/>
        </w:rPr>
        <w:t>Телефон: [номер]</w:t>
      </w:r>
    </w:p>
    <w:p>
      <w:pPr>
        <w:spacing w:after="120"/>
        <w:jc w:val="right"/>
      </w:pPr>
      <w:r>
        <w:rPr>
          <w:b w:val="0"/>
          <w:i w:val="0"/>
        </w:rPr>
        <w:t>E-mail: [почта]</w:t>
      </w:r>
    </w:p>
    <w:p>
      <w:pPr>
        <w:spacing w:after="120"/>
        <w:jc w:val="right"/>
      </w:pPr>
      <w:r>
        <w:rPr>
          <w:b w:val="0"/>
          <w:i w:val="0"/>
        </w:rPr>
        <w:t>СНИЛС: [номер]</w:t>
      </w:r>
    </w:p>
    <w:p>
      <w:pPr>
        <w:spacing w:after="120"/>
      </w:pPr>
    </w:p>
    <w:p>
      <w:pPr>
        <w:spacing w:after="120"/>
        <w:jc w:val="center"/>
      </w:pPr>
      <w:r>
        <w:rPr>
          <w:b/>
          <w:i w:val="0"/>
          <w:sz w:val="28"/>
        </w:rPr>
        <w:t>ЗАЯВЛЕНИЕ</w:t>
      </w:r>
    </w:p>
    <w:p>
      <w:pPr>
        <w:spacing w:after="120"/>
        <w:jc w:val="center"/>
      </w:pPr>
      <w:r>
        <w:rPr>
          <w:b/>
          <w:i w:val="0"/>
        </w:rPr>
        <w:t>о снятии временного ограничения на выезд из Российской Федерации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В производстве отдела ФССП [наименование] находится (находилось) исполнительное производство № [номер ИП] от «___» ______________ 202__ г., возбуждённое на основании [исполнительный лист / судебный приказ / постановление] № [номер] от [дата], выданного [наименование органа], в пользу взыскателя [наименование / ФИО] о взыскании [указать: суммы задолженности / иного требования] в размере [сумма] рублей.</w:t>
      </w:r>
    </w:p>
    <w:p>
      <w:pPr>
        <w:spacing w:after="120"/>
      </w:pPr>
      <w:r>
        <w:rPr>
          <w:b w:val="0"/>
          <w:i w:val="0"/>
        </w:rPr>
        <w:t>Постановлением судебного пристава-исполнителя [ФИО] от «___» ______________ 202__ г. в рамках указанного ИП в отношении меня, [ФИО], введено временное ограничение на выезд из Российской Федерации на основании ст. 67 Федерального закона от 02.10.2007 № 229-ФЗ «Об исполнительном производстве».</w:t>
      </w:r>
    </w:p>
    <w:p>
      <w:pPr>
        <w:spacing w:after="120"/>
      </w:pPr>
      <w:r>
        <w:rPr>
          <w:b/>
          <w:i w:val="0"/>
        </w:rPr>
        <w:t>В настоящее время имеется основание для снятия указанного ограничения:</w:t>
      </w:r>
    </w:p>
    <w:p>
      <w:pPr>
        <w:spacing w:after="120"/>
      </w:pPr>
      <w:r>
        <w:rPr>
          <w:b w:val="0"/>
          <w:i/>
        </w:rPr>
        <w:t>[Выбрать применимое и удалить лишнее:]</w:t>
      </w:r>
    </w:p>
    <w:p>
      <w:pPr>
        <w:spacing w:after="40"/>
      </w:pPr>
      <w:r>
        <w:rPr>
          <w:b w:val="0"/>
          <w:i w:val="0"/>
        </w:rPr>
        <w:t>(а) Задолженность по исполнительному производству № [номер] погашена полностью «___» ______________ 202__ г., что подтверждается платёжным документом № [номер] от [дата] на сумму [сумма] рублей (копия прилагается).</w:t>
      </w:r>
    </w:p>
    <w:p>
      <w:pPr>
        <w:spacing w:after="40"/>
      </w:pPr>
      <w:r>
        <w:rPr>
          <w:b w:val="0"/>
          <w:i w:val="0"/>
        </w:rPr>
        <w:t>(б) Исполнительное производство № [номер] окончено постановлением судебного пристава-исполнителя от «___» ______________ 202__ г. по основанию, предусмотренному [пункт ст. 46 или ст. 47 ФЗ-229] (копия постановления прилагается).</w:t>
      </w:r>
    </w:p>
    <w:p>
      <w:pPr>
        <w:spacing w:after="120"/>
      </w:pPr>
      <w:r>
        <w:rPr>
          <w:b w:val="0"/>
          <w:i w:val="0"/>
        </w:rPr>
        <w:t>(в) Определением Арбитражного суда [наименование] от «___» ______________ 202__ г. по делу № А[номер] в отношении меня, [ФИО], введена процедура [реструктуризации долгов гражданина / реализации имущества гражданина]; финансовым управляющим утверждён(-а) [ФИО]. На основании абз. 4 п. 2 ст. 213.11 (при реструктуризации) / абз. 4 п. 1 ст. 213.25 (при реализации имущества) Федерального закона от 26.10.2002 № 127-ФЗ «О несостоятельности (банкротстве)» исполнение исполнительных документов по имущественным взысканиям приостановлено (прекращается). Копия определения арбитражного суда прилагается.</w:t>
      </w:r>
    </w:p>
    <w:p>
      <w:pPr>
        <w:spacing w:after="120"/>
      </w:pPr>
      <w:r>
        <w:rPr>
          <w:b w:val="0"/>
          <w:i w:val="0"/>
        </w:rPr>
        <w:t>В соответствии с частью 8 статьи 67 Федерального закона № 229-ФЗ судебный пристав-исполнитель обязан вынести постановление о снятии временного ограничения на выезд должника из Российской Федерации не позднее следующего рабочего дня со дня, когда ему стало известно о возникновении оснований для снятия такого ограничения, и незамедлительно направить сведения о снятии ограничения в Пограничную службу ФСБ России в порядке межведомственного электронного взаимодействия.</w:t>
      </w:r>
    </w:p>
    <w:p>
      <w:pPr>
        <w:spacing w:after="120"/>
      </w:pPr>
      <w:r>
        <w:rPr>
          <w:b w:val="0"/>
          <w:i w:val="0"/>
        </w:rPr>
        <w:t>Общий срок рассмотрения настоящего заявления не может превышать 10 дней со дня его поступления (ст. 64.1 ФЗ-229).</w:t>
      </w:r>
    </w:p>
    <w:p>
      <w:pPr>
        <w:spacing w:after="120"/>
      </w:pPr>
      <w:r>
        <w:rPr>
          <w:b w:val="0"/>
          <w:i w:val="0"/>
        </w:rPr>
        <w:t>На основании изложенного, руководствуясь ст. 64.1, 67 (в т. ч. ч. 8), 67.1 Федерального закона № 229-ФЗ,</w:t>
      </w:r>
    </w:p>
    <w:p>
      <w:pPr>
        <w:spacing w:after="120"/>
      </w:pPr>
      <w:r>
        <w:rPr>
          <w:b/>
          <w:i w:val="0"/>
        </w:rPr>
        <w:t>ПРОШУ:</w:t>
      </w:r>
    </w:p>
    <w:p>
      <w:pPr>
        <w:spacing w:after="40"/>
      </w:pPr>
      <w:r>
        <w:rPr>
          <w:b w:val="0"/>
          <w:i w:val="0"/>
        </w:rPr>
        <w:t>1. Отменить постановление о временном ограничении на выезд из Российской Федерации от «___» ______________ 202__ г., вынесенное в рамках исполнительного производства № [номер].</w:t>
      </w:r>
    </w:p>
    <w:p>
      <w:pPr>
        <w:spacing w:after="40"/>
      </w:pPr>
      <w:r>
        <w:rPr>
          <w:b w:val="0"/>
          <w:i w:val="0"/>
        </w:rPr>
        <w:t>2. Направить сведения о снятии временного ограничения на выезд в Пограничную службу ФСБ России не позднее следующего рабочего дня со дня вынесения соответствующего постановления.</w:t>
      </w:r>
    </w:p>
    <w:p>
      <w:pPr>
        <w:spacing w:after="120"/>
      </w:pPr>
      <w:r>
        <w:rPr>
          <w:b w:val="0"/>
          <w:i w:val="0"/>
        </w:rPr>
        <w:t>3. Направить копию постановления о снятии ограничения в мой адрес по почте / на указанный в шапке e-mail / через ЕПГУ (нужное оставить).</w:t>
      </w:r>
    </w:p>
    <w:p>
      <w:pPr>
        <w:spacing w:after="120"/>
      </w:pPr>
      <w:r>
        <w:rPr>
          <w:b w:val="0"/>
          <w:i w:val="0"/>
        </w:rPr>
        <w:t>В случае оставления настоящего заявления без удовлетворения или неисполнения обязанности по снятию ограничения в установленный срок оставляю за собой право обратиться с жалобой в порядке подчинённости старшему судебному приставу отдела (гл. 18 ФЗ-229), в органы прокуратуры, а также в суд с административным исковым заявлением по правилам гл. 22 Кодекса административного судопроизводства РФ.</w:t>
      </w:r>
    </w:p>
    <w:p>
      <w:pPr>
        <w:spacing w:after="120"/>
      </w:pPr>
      <w:r>
        <w:rPr>
          <w:b/>
          <w:i w:val="0"/>
        </w:rPr>
        <w:t>ПРИЛОЖЕНИЯ:</w:t>
      </w:r>
    </w:p>
    <w:p>
      <w:pPr>
        <w:spacing w:after="40"/>
      </w:pPr>
      <w:r>
        <w:rPr>
          <w:b w:val="0"/>
          <w:i w:val="0"/>
        </w:rPr>
        <w:t>1. Копия документа, подтверждающего основание для снятия ограничения [платёжный документ / постановление об окончании ИП / определение Арбитражного суда о введении процедуры банкротства] — на ___ л.</w:t>
      </w:r>
    </w:p>
    <w:p>
      <w:pPr>
        <w:spacing w:after="40"/>
      </w:pPr>
      <w:r>
        <w:rPr>
          <w:b w:val="0"/>
          <w:i w:val="0"/>
        </w:rPr>
        <w:t>2. Копия паспорта заявителя (страницы с фотографией и регистрацией) — на ___ л.</w:t>
      </w:r>
    </w:p>
    <w:p>
      <w:pPr>
        <w:spacing w:after="40"/>
      </w:pPr>
      <w:r>
        <w:rPr>
          <w:b w:val="0"/>
          <w:i w:val="0"/>
        </w:rPr>
        <w:t>3. Копия постановления о временном ограничении на выезд от «___» ______________ 202__ г. (при наличии) — на ___ л.</w:t>
      </w:r>
    </w:p>
    <w:p>
      <w:pPr>
        <w:spacing w:after="120"/>
      </w:pPr>
      <w:r>
        <w:rPr>
          <w:b w:val="0"/>
          <w:i w:val="0"/>
        </w:rPr>
        <w:t>4. Доверенность на представителя (при подаче через представителя) — на ___ л.</w:t>
      </w:r>
    </w:p>
    <w:p>
      <w:pPr>
        <w:spacing w:after="120"/>
      </w:pPr>
      <w:r>
        <w:rPr>
          <w:b w:val="0"/>
          <w:i w:val="0"/>
        </w:rPr>
        <w:t>Дата: «___» ______________ 202__ г.</w:t>
      </w:r>
    </w:p>
    <w:p>
      <w:pPr>
        <w:spacing w:after="120"/>
      </w:pPr>
      <w:r>
        <w:rPr>
          <w:b w:val="0"/>
          <w:i w:val="0"/>
        </w:rPr>
        <w:t>Подпись: _________________ / [расшифровка]</w:t>
      </w:r>
    </w:p>
    <w:p>
      <w:pPr>
        <w:spacing w:after="40"/>
      </w:pPr>
    </w:p>
    <w:p>
      <w:pPr>
        <w:spacing w:after="120"/>
      </w:pPr>
      <w:r>
        <w:rPr>
          <w:b w:val="0"/>
          <w:i/>
          <w:color w:val="6B6F76"/>
          <w:sz w:val="18"/>
        </w:rPr>
        <w:t>Шаблон подготовлен справочным проектом «Точка опоры» (blog127.ru). Не является юридической консультацией; перед подачей выверьте данные под вашу ситуацию.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