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/>
        <w:jc w:val="right"/>
      </w:pPr>
      <w:r>
        <w:rPr>
          <w:b/>
          <w:i w:val="0"/>
        </w:rPr>
        <w:t>[Наименование банка / МФО — оператора ПД]</w:t>
      </w:r>
    </w:p>
    <w:p>
      <w:pPr>
        <w:spacing w:after="120"/>
        <w:jc w:val="right"/>
      </w:pPr>
      <w:r>
        <w:rPr>
          <w:b w:val="0"/>
          <w:i w:val="0"/>
        </w:rPr>
        <w:t>Адрес: [юридический адрес оператора]</w:t>
      </w:r>
    </w:p>
    <w:p>
      <w:pPr>
        <w:spacing w:after="120"/>
        <w:jc w:val="right"/>
      </w:pPr>
      <w:r>
        <w:rPr>
          <w:b/>
          <w:i w:val="0"/>
        </w:rPr>
        <w:t>От: [ФИО субъекта ПД полностью]</w:t>
      </w:r>
    </w:p>
    <w:p>
      <w:pPr>
        <w:spacing w:after="120"/>
        <w:jc w:val="right"/>
      </w:pPr>
      <w:r>
        <w:rPr>
          <w:b w:val="0"/>
          <w:i w:val="0"/>
        </w:rPr>
        <w:t>Адрес: [адрес регистрации]</w:t>
      </w:r>
    </w:p>
    <w:p>
      <w:pPr>
        <w:spacing w:after="120"/>
        <w:jc w:val="right"/>
      </w:pPr>
      <w:r>
        <w:rPr>
          <w:b w:val="0"/>
          <w:i w:val="0"/>
        </w:rPr>
        <w:t>Паспорт: [серия, номер, кем и когда выдан]</w:t>
      </w:r>
    </w:p>
    <w:p>
      <w:pPr>
        <w:spacing w:after="120"/>
        <w:jc w:val="right"/>
      </w:pPr>
      <w:r>
        <w:rPr>
          <w:b w:val="0"/>
          <w:i w:val="0"/>
        </w:rPr>
        <w:t>Телефон: [номер], e-mail: [адрес]</w:t>
      </w:r>
    </w:p>
    <w:p>
      <w:pPr>
        <w:spacing w:after="120"/>
      </w:pPr>
    </w:p>
    <w:p>
      <w:pPr>
        <w:spacing w:after="120"/>
        <w:jc w:val="center"/>
      </w:pPr>
      <w:r>
        <w:rPr>
          <w:b/>
          <w:i w:val="0"/>
          <w:sz w:val="28"/>
        </w:rPr>
        <w:t>ЗАЯВЛЕНИЕ</w:t>
      </w:r>
    </w:p>
    <w:p>
      <w:pPr>
        <w:spacing w:after="120"/>
        <w:jc w:val="center"/>
      </w:pPr>
      <w:r>
        <w:rPr>
          <w:b/>
          <w:i w:val="0"/>
        </w:rPr>
        <w:t>об отзыве согласия на обработку и передачу персональных данных третьим лицам</w:t>
      </w:r>
    </w:p>
    <w:p>
      <w:pPr>
        <w:spacing w:after="120"/>
      </w:pPr>
    </w:p>
    <w:p>
      <w:pPr>
        <w:spacing w:after="120"/>
      </w:pPr>
      <w:r>
        <w:rPr>
          <w:b w:val="0"/>
          <w:i w:val="0"/>
        </w:rPr>
        <w:t>Я, [ФИО], являюсь клиентом [наименование банка / МФО] по договору [номер, дата — при наличии] и субъектом персональных данных, обрабатываемых вашей организацией.</w:t>
      </w:r>
    </w:p>
    <w:p>
      <w:pPr>
        <w:spacing w:after="120"/>
      </w:pPr>
      <w:r>
        <w:rPr>
          <w:b w:val="0"/>
          <w:i w:val="0"/>
        </w:rPr>
        <w:t>В соответствии со статьёй 9 Федерального закона от 27.07.2006 № 152-ФЗ «О персональных данных» субъект персональных данных вправе в любое время отозвать согласие на обработку своих персональных данных.</w:t>
      </w:r>
    </w:p>
    <w:p>
      <w:pPr>
        <w:spacing w:after="120"/>
      </w:pPr>
      <w:r>
        <w:rPr>
          <w:b/>
          <w:i w:val="0"/>
        </w:rPr>
        <w:t>Настоящим я ОТЗЫВАЮ ранее данное согласие на обработку моих персональных данных в части:</w:t>
      </w:r>
    </w:p>
    <w:p>
      <w:pPr>
        <w:spacing w:after="40"/>
      </w:pPr>
      <w:r>
        <w:rPr>
          <w:b w:val="0"/>
          <w:i w:val="0"/>
        </w:rPr>
        <w:t>1. Передачи (уступки, переуступки) моих персональных данных коллекторским агентствам, МФО и иным третьим лицам в целях взыскания задолженности.</w:t>
      </w:r>
    </w:p>
    <w:p>
      <w:pPr>
        <w:spacing w:after="120"/>
      </w:pPr>
      <w:r>
        <w:rPr>
          <w:b w:val="0"/>
          <w:i w:val="0"/>
        </w:rPr>
        <w:t>2. Использования моих персональных данных в рекламных и маркетинговых целях, а также для передачи партнёрам.</w:t>
      </w:r>
    </w:p>
    <w:p>
      <w:pPr>
        <w:spacing w:after="120"/>
      </w:pPr>
      <w:r>
        <w:rPr>
          <w:b/>
          <w:i w:val="0"/>
        </w:rPr>
        <w:t>На основании статьи 21 ФЗ-152 ПРОШУ:</w:t>
      </w:r>
    </w:p>
    <w:p>
      <w:pPr>
        <w:spacing w:after="40"/>
      </w:pPr>
      <w:r>
        <w:rPr>
          <w:b w:val="0"/>
          <w:i w:val="0"/>
        </w:rPr>
        <w:t>1. Прекратить обработку и передачу моих персональных данных третьим лицам по указанным основаниям.</w:t>
      </w:r>
    </w:p>
    <w:p>
      <w:pPr>
        <w:spacing w:after="40"/>
      </w:pPr>
      <w:r>
        <w:rPr>
          <w:b w:val="0"/>
          <w:i w:val="0"/>
        </w:rPr>
        <w:t>2. Уничтожить (либо обезличить) персональные данные, переданные третьим лицам без моего согласия, и потребовать от них аналогичных мер.</w:t>
      </w:r>
    </w:p>
    <w:p>
      <w:pPr>
        <w:spacing w:after="120"/>
      </w:pPr>
      <w:r>
        <w:rPr>
          <w:b w:val="0"/>
          <w:i w:val="0"/>
        </w:rPr>
        <w:t>3. Уведомить меня в письменной форме о принятых мерах в течение 30 дней с момента получения настоящего заявления.</w:t>
      </w:r>
    </w:p>
    <w:p>
      <w:pPr>
        <w:spacing w:after="120"/>
      </w:pPr>
      <w:r>
        <w:rPr>
          <w:b w:val="0"/>
          <w:i/>
        </w:rPr>
        <w:t>Обращаю внимание, что передача данных в бюро кредитных историй, предусмотренная ФЗ-218, данным заявлением не ограничивается.</w:t>
      </w:r>
    </w:p>
    <w:p>
      <w:pPr>
        <w:spacing w:after="120"/>
      </w:pPr>
      <w:r>
        <w:rPr>
          <w:b w:val="0"/>
          <w:i/>
        </w:rPr>
        <w:t>Нарушение права субъекта персональных данных влечёт ответственность оператора по статье 13.11 КоАП РФ.</w:t>
      </w:r>
    </w:p>
    <w:p>
      <w:pPr>
        <w:spacing w:after="120"/>
      </w:pPr>
    </w:p>
    <w:p>
      <w:pPr>
        <w:spacing w:after="120"/>
      </w:pPr>
      <w:r>
        <w:rPr>
          <w:b w:val="0"/>
          <w:i w:val="0"/>
        </w:rPr>
        <w:t>Дата: «___» ______________ 202__ г.</w:t>
      </w:r>
    </w:p>
    <w:p>
      <w:pPr>
        <w:spacing w:after="120"/>
      </w:pPr>
      <w:r>
        <w:rPr>
          <w:b w:val="0"/>
          <w:i w:val="0"/>
        </w:rPr>
        <w:t>Подпись: _________________ / [расшифровка]</w:t>
      </w:r>
    </w:p>
    <w:p>
      <w:pPr>
        <w:spacing w:after="40"/>
      </w:pPr>
    </w:p>
    <w:p>
      <w:pPr>
        <w:spacing w:after="120"/>
      </w:pPr>
      <w:r>
        <w:rPr>
          <w:b w:val="0"/>
          <w:i/>
          <w:color w:val="6B6F76"/>
          <w:sz w:val="18"/>
        </w:rPr>
        <w:t>Шаблон подготовлен справочным проектом «Точка опоры» (blog127.ru). Не является юридической консультацией; перед подачей выверьте данные под вашу ситуацию.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