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[наименование залогодержателя: ПАО «…» / АО «…» / ФИО залогодержателя-гражданина]</w:t>
      </w:r>
    </w:p>
    <w:p>
      <w:pPr>
        <w:spacing w:after="120"/>
        <w:jc w:val="right"/>
      </w:pPr>
      <w:r>
        <w:rPr>
          <w:b w:val="0"/>
          <w:i w:val="0"/>
        </w:rPr>
        <w:t>ИНН / ОГРН: [реквизиты юр. лица]</w:t>
      </w:r>
    </w:p>
    <w:p>
      <w:pPr>
        <w:spacing w:after="120"/>
        <w:jc w:val="right"/>
      </w:pPr>
      <w:r>
        <w:rPr>
          <w:b w:val="0"/>
          <w:i w:val="0"/>
        </w:rPr>
        <w:t>Адрес: [почтовый адрес залогодержателя]</w:t>
      </w:r>
    </w:p>
    <w:p>
      <w:pPr>
        <w:spacing w:after="80"/>
      </w:pPr>
    </w:p>
    <w:p>
      <w:pPr>
        <w:spacing w:after="120"/>
        <w:jc w:val="right"/>
      </w:pPr>
      <w:r>
        <w:rPr>
          <w:b w:val="0"/>
          <w:i/>
        </w:rPr>
        <w:t>Копия (при введённой процедуре банкротства):</w:t>
      </w:r>
    </w:p>
    <w:p>
      <w:pPr>
        <w:spacing w:after="120"/>
        <w:jc w:val="right"/>
      </w:pPr>
      <w:r>
        <w:rPr>
          <w:b w:val="0"/>
          <w:i/>
        </w:rPr>
        <w:t>— финансовому управляющему [ФИО], член СРО [наименование], адрес: [почтовый адрес ФУ], e-mail: [эл. почта];</w:t>
      </w:r>
    </w:p>
    <w:p>
      <w:pPr>
        <w:spacing w:after="120"/>
        <w:jc w:val="right"/>
      </w:pPr>
      <w:r>
        <w:rPr>
          <w:b w:val="0"/>
          <w:i/>
        </w:rPr>
        <w:t>— в Арбитражный суд [наименование], дело № А[номер].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От залогодателя (должника):</w:t>
      </w:r>
    </w:p>
    <w:p>
      <w:pPr>
        <w:spacing w:after="120"/>
        <w:jc w:val="right"/>
      </w:pPr>
      <w:r>
        <w:rPr>
          <w:b w:val="0"/>
          <w:i w:val="0"/>
        </w:rPr>
        <w:t>[ФИО залогодателя полностью]</w:t>
      </w:r>
    </w:p>
    <w:p>
      <w:pPr>
        <w:spacing w:after="120"/>
        <w:jc w:val="right"/>
      </w:pPr>
      <w:r>
        <w:rPr>
          <w:b w:val="0"/>
          <w:i w:val="0"/>
        </w:rPr>
        <w:t>Дата и место рождения: [дата, место]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[полный адрес]</w:t>
      </w:r>
    </w:p>
    <w:p>
      <w:pPr>
        <w:spacing w:after="120"/>
        <w:jc w:val="right"/>
      </w:pPr>
      <w:r>
        <w:rPr>
          <w:b w:val="0"/>
          <w:i w:val="0"/>
        </w:rPr>
        <w:t>Адрес для корреспонденции: [почтовый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замене предмета залога</w:t>
      </w:r>
    </w:p>
    <w:p>
      <w:pPr>
        <w:spacing w:after="120"/>
        <w:jc w:val="center"/>
      </w:pPr>
      <w:r>
        <w:rPr>
          <w:b w:val="0"/>
          <w:i/>
        </w:rPr>
        <w:t>(в порядке пункта 1 статьи 345 Гражданского кодекса РФ)</w:t>
      </w:r>
    </w:p>
    <w:p>
      <w:pPr>
        <w:spacing w:after="120"/>
      </w:pPr>
    </w:p>
    <w:p>
      <w:pPr>
        <w:spacing w:after="40"/>
      </w:pPr>
      <w:r>
        <w:rPr>
          <w:b/>
          <w:i w:val="0"/>
        </w:rPr>
        <w:t>1. Сведения об обеспеченном обязательстве.</w:t>
      </w:r>
    </w:p>
    <w:p>
      <w:pPr>
        <w:spacing w:after="120"/>
      </w:pPr>
      <w:r>
        <w:rPr>
          <w:b w:val="0"/>
          <w:i w:val="0"/>
        </w:rPr>
        <w:t>Между [наименование залогодержателя] и мной, [ФИО залогодателя], заключён(а):</w:t>
      </w:r>
    </w:p>
    <w:p>
      <w:pPr>
        <w:spacing w:after="40"/>
      </w:pPr>
      <w:r>
        <w:rPr>
          <w:b w:val="0"/>
          <w:i w:val="0"/>
        </w:rPr>
        <w:t>— [кредитный договор / договор займа / иное] № [номер] от «___» ______________ 20__ г. на сумму [сумма прописью] руб., срок возврата — [дата], процентная ставка — [ставка]%;</w:t>
      </w:r>
    </w:p>
    <w:p>
      <w:pPr>
        <w:spacing w:after="120"/>
      </w:pPr>
      <w:r>
        <w:rPr>
          <w:b w:val="0"/>
          <w:i w:val="0"/>
        </w:rPr>
        <w:t>— договор [залога / ипотеки] № [номер] от «___» ______________ 20__ г., обеспечивающий исполнение указанного обязательства.</w:t>
      </w:r>
    </w:p>
    <w:p>
      <w:pPr>
        <w:spacing w:after="120"/>
      </w:pPr>
      <w:r>
        <w:rPr>
          <w:b w:val="0"/>
          <w:i w:val="0"/>
        </w:rPr>
        <w:t>По состоянию на [дата расчёта] остаток задолженности по основному долгу составляет [сумма] руб., по процентам — [сумма] руб., по неустойке (пени, штрафы) — [сумма] руб. (итого: [сумма] руб.).</w:t>
      </w:r>
    </w:p>
    <w:p>
      <w:pPr>
        <w:spacing w:after="40"/>
      </w:pPr>
      <w:r>
        <w:rPr>
          <w:b/>
          <w:i w:val="0"/>
        </w:rPr>
        <w:t>2. Сведения о предмете залога.</w:t>
      </w:r>
    </w:p>
    <w:p>
      <w:pPr>
        <w:spacing w:after="120"/>
      </w:pPr>
      <w:r>
        <w:rPr>
          <w:b w:val="0"/>
          <w:i w:val="0"/>
        </w:rPr>
        <w:t>Предметом залога (ипотеки) по договору № [номер] от «___» ______________ 20__ г. является:</w:t>
      </w:r>
    </w:p>
    <w:p>
      <w:pPr>
        <w:spacing w:after="40"/>
      </w:pPr>
      <w:r>
        <w:rPr>
          <w:b w:val="0"/>
          <w:i w:val="0"/>
        </w:rPr>
        <w:t>[исчерпывающее описание: недвижимость — вид, адрес, кадастровый номер, площадь, назначение; либо транспортное средство — марка, модель, VIN, год выпуска, гос. номер, номер ПТС; либо иное имущество с индивидуализирующими признаками].</w:t>
      </w:r>
    </w:p>
    <w:p>
      <w:pPr>
        <w:spacing w:after="120"/>
      </w:pPr>
      <w:r>
        <w:rPr>
          <w:b w:val="0"/>
          <w:i w:val="0"/>
        </w:rPr>
        <w:t>Текущая рыночная стоимость предмета залога: [сумма] руб. согласно [отчёту оценщика / выписке из ЕГРН / иному источнику] от «___» ______________ 20__ г.</w:t>
      </w:r>
    </w:p>
    <w:p>
      <w:pPr>
        <w:spacing w:after="40"/>
      </w:pPr>
      <w:r>
        <w:rPr>
          <w:b/>
          <w:i w:val="0"/>
        </w:rPr>
        <w:t>3. Основание и обоснование замены.</w:t>
      </w:r>
    </w:p>
    <w:p>
      <w:pPr>
        <w:spacing w:after="120"/>
      </w:pPr>
      <w:r>
        <w:rPr>
          <w:b w:val="0"/>
          <w:i w:val="0"/>
        </w:rPr>
        <w:t>В связи с [указать конкретную объективную причину: значительным снижением стоимости заложенного имущества; его повреждением (гибелью, износом) в результате [обстоятельств] с приложением подтверждающих документов; необходимостью сохранить основной актив; приобретением иного более ликвидного имущества и т. п.] прошу рассмотреть возможность замены предмета залога.</w:t>
      </w:r>
    </w:p>
    <w:p>
      <w:pPr>
        <w:spacing w:after="40"/>
      </w:pPr>
      <w:r>
        <w:rPr>
          <w:b/>
          <w:i w:val="0"/>
        </w:rPr>
        <w:t>4. Предлагаемый предмет залога.</w:t>
      </w:r>
    </w:p>
    <w:p>
      <w:pPr>
        <w:spacing w:after="120"/>
      </w:pPr>
      <w:r>
        <w:rPr>
          <w:b w:val="0"/>
          <w:i w:val="0"/>
        </w:rPr>
        <w:t>В качестве нового предмета залога предлагаю:</w:t>
      </w:r>
    </w:p>
    <w:p>
      <w:pPr>
        <w:spacing w:after="40"/>
      </w:pPr>
      <w:r>
        <w:rPr>
          <w:b w:val="0"/>
          <w:i w:val="0"/>
        </w:rPr>
        <w:t>[исчерпывающее описание нового имущества: вид, индивидуализирующие признаки, реквизиты правоустанавливающих документов, дата и основание приобретения, отсутствие иных обременений].</w:t>
      </w:r>
    </w:p>
    <w:p>
      <w:pPr>
        <w:spacing w:after="120"/>
      </w:pPr>
      <w:r>
        <w:rPr>
          <w:b w:val="0"/>
          <w:i w:val="0"/>
        </w:rPr>
        <w:t>Текущая рыночная стоимость предлагаемого имущества: [сумма] руб. согласно [отчёту оценщика / иному источнику] от «___» ______________ 20__ г. Указанная стоимость [не ниже / выше] остатка обеспеченного обязательства и [не ниже / выше] стоимости прежнего предмета залога.</w:t>
      </w:r>
    </w:p>
    <w:p>
      <w:pPr>
        <w:spacing w:after="120"/>
      </w:pPr>
      <w:r>
        <w:rPr>
          <w:b w:val="0"/>
          <w:i w:val="0"/>
        </w:rPr>
        <w:t>Обременений и прав третьих лиц в отношении предлагаемого имущества нет (подтверждается: [выпиской из ЕГРН / отсутствием записей в реестре уведомлений о залоге движимого имущества / иными документами]).</w:t>
      </w:r>
    </w:p>
    <w:p>
      <w:pPr>
        <w:spacing w:after="40"/>
      </w:pPr>
      <w:r>
        <w:rPr>
          <w:b/>
          <w:i w:val="0"/>
        </w:rPr>
        <w:t>5. Просьба.</w:t>
      </w:r>
    </w:p>
    <w:p>
      <w:pPr>
        <w:spacing w:after="120"/>
      </w:pPr>
      <w:r>
        <w:rPr>
          <w:b w:val="0"/>
          <w:i w:val="0"/>
        </w:rPr>
        <w:t>Руководствуясь пунктом 1 статьи 345 Гражданского кодекса Российской Федерации, прошу:</w:t>
      </w:r>
    </w:p>
    <w:p>
      <w:pPr>
        <w:spacing w:after="40"/>
      </w:pPr>
      <w:r>
        <w:rPr>
          <w:b w:val="0"/>
          <w:i w:val="0"/>
        </w:rPr>
        <w:t>1) рассмотреть настоящее заявление о замене предмета залога по договору № [номер] от «___» ______________ 20__ г. и сообщить о принятом решении в письменной форме в срок не позднее 30 (тридцати) календарных дней с даты получения настоящего заявления;</w:t>
      </w:r>
    </w:p>
    <w:p>
      <w:pPr>
        <w:spacing w:after="40"/>
      </w:pPr>
      <w:r>
        <w:rPr>
          <w:b w:val="0"/>
          <w:i w:val="0"/>
        </w:rPr>
        <w:t>2) при принятии положительного решения — согласовать и подписать дополнительное соглашение к договору [залога / ипотеки] о замене предмета залога с указанием: (а) прекращения залога прежнего имущества; (б) возникновения залога в отношении предлагаемого имущества; (в) порядка государственной регистрации изменений — для ипотеки в Управлении Росреестра; для движимого имущества — внесения записи в реестр уведомлений о залоге у нотариуса; (г) порядка снятия ограничений (арестов, запретов регистрационных действий) в отношении прежнего предмета залога.</w:t>
      </w:r>
    </w:p>
    <w:p>
      <w:pPr>
        <w:spacing w:after="120"/>
      </w:pPr>
      <w:r>
        <w:rPr>
          <w:b w:val="0"/>
          <w:i w:val="0"/>
        </w:rPr>
        <w:t>3) [при введённой процедуре банкротства]: согласовать проект дополнительного соглашения с финансовым управляющим и представить его в арбитражный суд для утверждения в порядке, предусмотренном статьями 138, 213.9, 213.25 Федерального закона «О несостоятельности (банкротстве)».</w:t>
      </w:r>
    </w:p>
    <w:p>
      <w:pPr>
        <w:spacing w:after="120"/>
      </w:pPr>
      <w:r>
        <w:rPr>
          <w:b w:val="0"/>
          <w:i w:val="0"/>
        </w:rPr>
        <w:t>Настоящее заявление не является односторонним изменением условий договора: замена предмета залога производится только по соглашению сторон и, при введённой процедуре банкротства, — с учётом требований законодательства о несостоятельности и с одобрения арбитражного суда.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кредитного договора (договора займа) № [номер] от «___» __________ 20__ г. — на ___ л.</w:t>
      </w:r>
    </w:p>
    <w:p>
      <w:pPr>
        <w:spacing w:after="40"/>
      </w:pPr>
      <w:r>
        <w:rPr>
          <w:b w:val="0"/>
          <w:i w:val="0"/>
        </w:rPr>
        <w:t>2. Копия договора [залога / ипотеки] № [номер] от «___» __________ 20__ г. — на ___ л.</w:t>
      </w:r>
    </w:p>
    <w:p>
      <w:pPr>
        <w:spacing w:after="40"/>
      </w:pPr>
      <w:r>
        <w:rPr>
          <w:b w:val="0"/>
          <w:i w:val="0"/>
        </w:rPr>
        <w:t>3. Справка залогодержателя о размере задолженности на «___» __________ 20__ г. — на ___ л.</w:t>
      </w:r>
    </w:p>
    <w:p>
      <w:pPr>
        <w:spacing w:after="40"/>
      </w:pPr>
      <w:r>
        <w:rPr>
          <w:b w:val="0"/>
          <w:i w:val="0"/>
        </w:rPr>
        <w:t>4. Правоустанавливающие документы на предлагаемый предмет залога ([договор купли-продажи / выписка из ЕГРН / ПТС / иные]) — на ___ л.</w:t>
      </w:r>
    </w:p>
    <w:p>
      <w:pPr>
        <w:spacing w:after="40"/>
      </w:pPr>
      <w:r>
        <w:rPr>
          <w:b w:val="0"/>
          <w:i w:val="0"/>
        </w:rPr>
        <w:t>5. Отчёт независимого оценщика о стоимости предлагаемого имущества — на ___ л.</w:t>
      </w:r>
    </w:p>
    <w:p>
      <w:pPr>
        <w:spacing w:after="40"/>
      </w:pPr>
      <w:r>
        <w:rPr>
          <w:b w:val="0"/>
          <w:i w:val="0"/>
        </w:rPr>
        <w:t>6. Документы, подтверждающие основание замены ([акт осмотра / заключение о состоянии / справка страховой / иные]) — на ___ л.</w:t>
      </w:r>
    </w:p>
    <w:p>
      <w:pPr>
        <w:spacing w:after="40"/>
      </w:pPr>
      <w:r>
        <w:rPr>
          <w:b w:val="0"/>
          <w:i w:val="0"/>
        </w:rPr>
        <w:t>7. Выписка из ЕГРН / реестра уведомлений о залоге, подтверждающая отсутствие обременений на предлагаемое имущество, — на ___ л.</w:t>
      </w:r>
    </w:p>
    <w:p>
      <w:pPr>
        <w:spacing w:after="40"/>
      </w:pPr>
      <w:r>
        <w:rPr>
          <w:b w:val="0"/>
          <w:i w:val="0"/>
        </w:rPr>
        <w:t>8. Проект дополнительного соглашения к договору залога о замене предмета залога — на ___ л.</w:t>
      </w:r>
    </w:p>
    <w:p>
      <w:pPr>
        <w:spacing w:after="40"/>
      </w:pPr>
      <w:r>
        <w:rPr>
          <w:b w:val="0"/>
          <w:i w:val="0"/>
        </w:rPr>
        <w:t>9. Копия определения арбитражного суда о введении процедуры банкротства (при её наличии) — на ___ л.</w:t>
      </w:r>
    </w:p>
    <w:p>
      <w:pPr>
        <w:spacing w:after="40"/>
      </w:pPr>
      <w:r>
        <w:rPr>
          <w:b w:val="0"/>
          <w:i w:val="0"/>
        </w:rPr>
        <w:t>10. Копия паспорта заявителя (страницы с фото и регистрацией) — на ___ л.</w:t>
      </w:r>
    </w:p>
    <w:p>
      <w:pPr>
        <w:spacing w:after="120"/>
      </w:pPr>
      <w:r>
        <w:rPr>
          <w:b w:val="0"/>
          <w:i w:val="0"/>
        </w:rPr>
        <w:t>11. Доверенность на представителя (при подаче через представителя) — на ___ л.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