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кредитора: банка / МФО / КПК]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кредитора]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[ФИО заёмщика полностью]</w:t>
      </w:r>
    </w:p>
    <w:p>
      <w:pPr>
        <w:spacing w:after="120"/>
        <w:jc w:val="right"/>
      </w:pPr>
      <w:r>
        <w:rPr>
          <w:b w:val="0"/>
          <w:i w:val="0"/>
        </w:rPr>
        <w:t>Дата рождения: [дд.мм.гггг]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[индекс, 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  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предоставлении льготного периода (кредитных каникул)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1. Сведения о кредитном договоре</w:t>
      </w:r>
    </w:p>
    <w:p>
      <w:pPr>
        <w:spacing w:after="120"/>
      </w:pPr>
      <w:r>
        <w:rPr>
          <w:b w:val="0"/>
          <w:i w:val="0"/>
        </w:rPr>
        <w:t>Между мной, [ФИО], и [наименование кредитора] заключён [кредитный договор / договор потребительского займа] № [номер] от [дата] на сумму [сумма] руб. на срок [срок].</w:t>
      </w:r>
    </w:p>
    <w:p>
      <w:pPr>
        <w:spacing w:after="120"/>
      </w:pPr>
      <w:r>
        <w:rPr>
          <w:b w:val="0"/>
          <w:i w:val="0"/>
        </w:rPr>
        <w:t>Вид кредита: □ потребительский  □ ипотека  □ автокредит  □ заём МФО</w:t>
      </w:r>
    </w:p>
    <w:p>
      <w:pPr>
        <w:spacing w:after="120"/>
      </w:pPr>
      <w:r>
        <w:rPr>
          <w:b w:val="0"/>
          <w:i w:val="0"/>
        </w:rPr>
        <w:t>Размер ежемесячного платежа по договору: [сумма] руб.</w:t>
      </w:r>
    </w:p>
    <w:p>
      <w:pPr>
        <w:spacing w:after="120"/>
      </w:pPr>
      <w:r>
        <w:rPr>
          <w:b/>
          <w:i w:val="0"/>
        </w:rPr>
        <w:t>2. Основание для предоставления льготного периода</w:t>
      </w:r>
    </w:p>
    <w:p>
      <w:pPr>
        <w:spacing w:after="120"/>
      </w:pPr>
      <w:r>
        <w:rPr>
          <w:b w:val="0"/>
          <w:i/>
        </w:rPr>
        <w:t>(Укажите ОДНО из оснований, второе удалите)</w:t>
      </w:r>
    </w:p>
    <w:p>
      <w:pPr>
        <w:spacing w:after="40"/>
      </w:pPr>
      <w:r>
        <w:rPr>
          <w:b w:val="0"/>
          <w:i w:val="0"/>
        </w:rPr>
        <w:t>□  Снижение дохода: Мой доход за предшествующий [название месяца] [год] г. составил [сумма] руб., что более чем на 30% ниже среднемесячного дохода за 12 месяцев, предшествующих обращению ([среднемесячный доход] руб.). Подтверждающие документы прилагаются.</w:t>
      </w:r>
    </w:p>
    <w:p>
      <w:pPr>
        <w:spacing w:after="120"/>
      </w:pPr>
      <w:r>
        <w:rPr>
          <w:b w:val="0"/>
          <w:i w:val="0"/>
        </w:rPr>
        <w:t>□  Временная нетрудоспособность: Я нахожусь на больничном непрерывно в течение 2 и более месяцев подряд с [дата]. Листок нетрудоспособности прилагается.</w:t>
      </w:r>
    </w:p>
    <w:p>
      <w:pPr>
        <w:spacing w:after="120"/>
      </w:pPr>
      <w:r>
        <w:rPr>
          <w:b/>
          <w:i w:val="0"/>
        </w:rPr>
        <w:t>3. Требование о льготном периоде</w:t>
      </w:r>
    </w:p>
    <w:p>
      <w:pPr>
        <w:spacing w:after="40"/>
      </w:pPr>
      <w:r>
        <w:rPr>
          <w:b w:val="0"/>
          <w:i w:val="0"/>
        </w:rPr>
        <w:t>На основании ст. 6.1-1 Федерального закона от 21.12.2013 № 353-ФЗ «О потребительском кредите (займе)»,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Предоставить льготный период по договору № [номер] от [дата] сроком на [укажите от 1 до 6] месяцев с [желаемая дата начала].</w:t>
      </w:r>
    </w:p>
    <w:p>
      <w:pPr>
        <w:spacing w:after="40"/>
      </w:pPr>
      <w:r>
        <w:rPr>
          <w:b w:val="0"/>
          <w:i w:val="0"/>
        </w:rPr>
        <w:t>2. В течение льготного периода: □ приостановить платежи полностью  □ снизить размер платежа до [сумма] руб./мес.</w:t>
      </w:r>
    </w:p>
    <w:p>
      <w:pPr>
        <w:spacing w:after="120"/>
      </w:pPr>
      <w:r>
        <w:rPr>
          <w:b w:val="0"/>
          <w:i w:val="0"/>
        </w:rPr>
        <w:t>3. Уведомить меня о принятом решении в течение 5 рабочих дней по адресу: [почтовый адрес] / на e-mail: [адрес].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Справка о доходах за последние 12 месяцев (форма 2-НДФЛ или справка работодателя).</w:t>
      </w:r>
    </w:p>
    <w:p>
      <w:pPr>
        <w:spacing w:after="40"/>
      </w:pPr>
      <w:r>
        <w:rPr>
          <w:b w:val="0"/>
          <w:i w:val="0"/>
        </w:rPr>
        <w:t>2. Документы, подтверждающие снижение дохода (приказ об изменении оклада, справка о постановке на учёт в службу занятости, выписка по счёту и т.д.).</w:t>
      </w:r>
    </w:p>
    <w:p>
      <w:pPr>
        <w:spacing w:after="40"/>
      </w:pPr>
      <w:r>
        <w:rPr>
          <w:b w:val="0"/>
          <w:i w:val="0"/>
        </w:rPr>
        <w:t>3. [При основании «больничный»] Листок нетрудоспособности или его копия.</w:t>
      </w:r>
    </w:p>
    <w:p>
      <w:pPr>
        <w:spacing w:after="40"/>
      </w:pPr>
      <w:r>
        <w:rPr>
          <w:b w:val="0"/>
          <w:i w:val="0"/>
        </w:rPr>
        <w:t>4. Копия паспорта заявителя (страницы 2–3 и страница с пропиской).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