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right"/>
      </w:pPr>
      <w:r>
        <w:rPr>
          <w:b/>
          <w:i w:val="0"/>
        </w:rPr>
        <w:t>[Наименование кредитора / взыскателя]</w:t>
      </w:r>
    </w:p>
    <w:p>
      <w:pPr>
        <w:spacing w:after="120"/>
        <w:jc w:val="right"/>
      </w:pPr>
      <w:r>
        <w:rPr>
          <w:b w:val="0"/>
          <w:i w:val="0"/>
        </w:rPr>
        <w:t>Адрес: [юридический адрес получателя]</w:t>
      </w:r>
    </w:p>
    <w:p>
      <w:pPr>
        <w:spacing w:after="120"/>
        <w:jc w:val="right"/>
      </w:pPr>
      <w:r>
        <w:rPr>
          <w:b w:val="0"/>
          <w:i w:val="0"/>
        </w:rPr>
        <w:t>ИНН/ОГРН: [при наличии]</w:t>
      </w:r>
    </w:p>
    <w:p>
      <w:pPr>
        <w:spacing w:after="80"/>
      </w:pPr>
    </w:p>
    <w:p>
      <w:pPr>
        <w:spacing w:after="120"/>
        <w:jc w:val="right"/>
      </w:pPr>
      <w:r>
        <w:rPr>
          <w:b/>
          <w:i w:val="0"/>
        </w:rPr>
        <w:t>От: [ФИО заявителя полностью]</w:t>
      </w:r>
    </w:p>
    <w:p>
      <w:pPr>
        <w:spacing w:after="120"/>
        <w:jc w:val="right"/>
      </w:pPr>
      <w:r>
        <w:rPr>
          <w:b w:val="0"/>
          <w:i w:val="0"/>
        </w:rPr>
        <w:t>Адрес: [адрес регистрации / для ответа]</w:t>
      </w:r>
    </w:p>
    <w:p>
      <w:pPr>
        <w:spacing w:after="120"/>
        <w:jc w:val="right"/>
      </w:pPr>
      <w:r>
        <w:rPr>
          <w:b w:val="0"/>
          <w:i w:val="0"/>
        </w:rPr>
        <w:t>Телефон: [номер], e-mail: [адрес]</w:t>
      </w:r>
    </w:p>
    <w:p>
      <w:pPr>
        <w:spacing w:after="80"/>
      </w:pPr>
    </w:p>
    <w:p>
      <w:pPr>
        <w:spacing w:after="120"/>
        <w:jc w:val="right"/>
      </w:pPr>
      <w:r>
        <w:rPr>
          <w:b w:val="0"/>
          <w:i w:val="0"/>
        </w:rPr>
        <w:t>В ответ на претензию от [дата претензии] № [номер / при наличии]</w:t>
      </w:r>
    </w:p>
    <w:p>
      <w:pPr>
        <w:spacing w:after="120"/>
      </w:pPr>
    </w:p>
    <w:p>
      <w:pPr>
        <w:spacing w:after="120"/>
        <w:jc w:val="center"/>
      </w:pPr>
      <w:r>
        <w:rPr>
          <w:b/>
          <w:i w:val="0"/>
          <w:sz w:val="28"/>
        </w:rPr>
        <w:t>ВОЗРАЖЕНИЕ</w:t>
      </w:r>
    </w:p>
    <w:p>
      <w:pPr>
        <w:spacing w:after="120"/>
        <w:jc w:val="center"/>
      </w:pPr>
      <w:r>
        <w:rPr>
          <w:b/>
          <w:i w:val="0"/>
        </w:rPr>
        <w:t>на досудебную претензию</w:t>
      </w:r>
    </w:p>
    <w:p>
      <w:pPr>
        <w:spacing w:after="120"/>
      </w:pPr>
    </w:p>
    <w:p>
      <w:pPr>
        <w:spacing w:after="120"/>
      </w:pPr>
      <w:r>
        <w:rPr>
          <w:b w:val="0"/>
          <w:i w:val="0"/>
        </w:rPr>
        <w:t>Мной получена претензия от [наименование кредитора] от [дата] с требованием об уплате задолженности по договору [тип: кредитному / займа] № [номер] от [дата заключения] в размере [сумма по претензии].</w:t>
      </w:r>
    </w:p>
    <w:p>
      <w:pPr>
        <w:spacing w:after="120"/>
      </w:pPr>
      <w:r>
        <w:rPr>
          <w:b/>
          <w:i w:val="0"/>
        </w:rPr>
        <w:t>Настоящим заявляю, что с заявленной суммой не согласен (укажите применимые основания, удалите неприменимые):</w:t>
      </w:r>
    </w:p>
    <w:p>
      <w:pPr>
        <w:spacing w:after="40"/>
      </w:pPr>
      <w:r>
        <w:rPr>
          <w:b w:val="0"/>
          <w:i w:val="0"/>
        </w:rPr>
        <w:t>1. [ВАРИАНТ А] Заявленная сумма задолженности не соответствует условиям договора: начислены штрафные санкции сверх лимита, установленного частью 24 статьи 5 Федерального закона от 21.12.2013 № 353-ФЗ (общий размер неустойки не может превышать 20% годовых при начислении процентов / 0,1% за каждый день просрочки без начисления процентов).</w:t>
      </w:r>
    </w:p>
    <w:p>
      <w:pPr>
        <w:spacing w:after="40"/>
      </w:pPr>
      <w:r>
        <w:rPr>
          <w:b w:val="0"/>
          <w:i w:val="0"/>
        </w:rPr>
        <w:t>2. [ВАРИАНТ Б] Претензия предъявлена по обязательствам, срок исковой давности по которым истёк. Применение исковой давности буду заявлять в судебном заседании (ст. 199 ГК РФ).</w:t>
      </w:r>
    </w:p>
    <w:p>
      <w:pPr>
        <w:spacing w:after="40"/>
      </w:pPr>
      <w:r>
        <w:rPr>
          <w:b w:val="0"/>
          <w:i w:val="0"/>
        </w:rPr>
        <w:t>3. [ВАРИАНТ В] Уступка права требования не подтверждена: копия договора цессии не была предоставлена, в связи с чем обязательство перед новым кредитором не могу считать возникшим (ст. 385 ч. 1 ГК РФ).</w:t>
      </w:r>
    </w:p>
    <w:p>
      <w:pPr>
        <w:spacing w:after="120"/>
      </w:pPr>
      <w:r>
        <w:rPr>
          <w:b w:val="0"/>
          <w:i w:val="0"/>
        </w:rPr>
        <w:t>4. [Иное несогласие: укажите конкретное основание].</w:t>
      </w:r>
    </w:p>
    <w:p>
      <w:pPr>
        <w:spacing w:after="120"/>
      </w:pPr>
      <w:r>
        <w:rPr>
          <w:b w:val="0"/>
          <w:i w:val="0"/>
        </w:rPr>
        <w:t>Прошу в течение 30 дней со дня получения настоящего возражения направить мне письменный ответ с уточнённым расчётом задолженности (основной долг, проценты, неустойка — по каждой статье отдельно) и документами, подтверждающими законность заявленных требований (договор с приложениями, расчёт, договор цессии при наличии).</w:t>
      </w:r>
    </w:p>
    <w:p>
      <w:pPr>
        <w:spacing w:after="120"/>
      </w:pPr>
      <w:r>
        <w:rPr>
          <w:b w:val="0"/>
          <w:i w:val="0"/>
        </w:rPr>
        <w:t>В случае передачи требования в суд до урегулирования спорных позиций оставляю за собой право представить настоящее возражение суду в качестве доказательства несогласия с суммой.</w:t>
      </w:r>
    </w:p>
    <w:p>
      <w:pPr>
        <w:spacing w:after="120"/>
      </w:pPr>
      <w:r>
        <w:rPr>
          <w:b/>
          <w:i w:val="0"/>
        </w:rPr>
        <w:t>ПРИЛОЖЕНИЯ:</w:t>
      </w:r>
    </w:p>
    <w:p>
      <w:pPr>
        <w:spacing w:after="40"/>
      </w:pPr>
      <w:r>
        <w:rPr>
          <w:b w:val="0"/>
          <w:i w:val="0"/>
        </w:rPr>
        <w:t>1. Копия претензии (при наличии).</w:t>
      </w:r>
    </w:p>
    <w:p>
      <w:pPr>
        <w:spacing w:after="40"/>
      </w:pPr>
      <w:r>
        <w:rPr>
          <w:b w:val="0"/>
          <w:i w:val="0"/>
        </w:rPr>
        <w:t>2. [Расчёт альтернативной суммы долга — при наличии].</w:t>
      </w:r>
    </w:p>
    <w:p>
      <w:pPr>
        <w:spacing w:after="120"/>
      </w:pPr>
      <w:r>
        <w:rPr>
          <w:b w:val="0"/>
          <w:i w:val="0"/>
        </w:rPr>
        <w:t>3. [Иные документы, подтверждающие основания возражения].</w:t>
      </w:r>
    </w:p>
    <w:p>
      <w:pPr>
        <w:spacing w:after="120"/>
      </w:pPr>
      <w:r>
        <w:rPr>
          <w:b w:val="0"/>
          <w:i w:val="0"/>
        </w:rPr>
        <w:t>Дата: «___» ______________ 202__ г.</w:t>
      </w:r>
    </w:p>
    <w:p>
      <w:pPr>
        <w:spacing w:after="120"/>
      </w:pPr>
      <w:r>
        <w:rPr>
          <w:b w:val="0"/>
          <w:i w:val="0"/>
        </w:rPr>
        <w:t>Подпись: _________________ / [расшифровка]</w:t>
      </w:r>
    </w:p>
    <w:p>
      <w:pPr>
        <w:spacing w:after="40"/>
      </w:pPr>
    </w:p>
    <w:p>
      <w:pPr>
        <w:spacing w:after="120"/>
      </w:pPr>
      <w:r>
        <w:rPr>
          <w:b w:val="0"/>
          <w:i/>
          <w:color w:val="6B6F76"/>
          <w:sz w:val="18"/>
        </w:rPr>
        <w:t>Шаблон подготовлен справочным проектом «Точка опоры» (blog127.ru). Не является юридической консультацией; перед подачей выверьте данные под вашу ситуацию.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