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банка / МФО]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кредитора]</w:t>
      </w:r>
    </w:p>
    <w:p>
      <w:pPr>
        <w:spacing w:after="120"/>
        <w:jc w:val="right"/>
      </w:pPr>
      <w:r>
        <w:rPr>
          <w:b/>
          <w:i w:val="0"/>
        </w:rPr>
        <w:t>От: [ФИО должника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 / фактического проживания]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  <w:jc w:val="right"/>
      </w:pPr>
      <w:r>
        <w:rPr>
          <w:b w:val="0"/>
          <w:i w:val="0"/>
        </w:rPr>
        <w:t>Договор: [номер и дата кредитного договора / займа]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УВЕДОМЛЕНИЕ</w:t>
      </w:r>
    </w:p>
    <w:p>
      <w:pPr>
        <w:spacing w:after="120"/>
        <w:jc w:val="center"/>
      </w:pPr>
      <w:r>
        <w:rPr>
          <w:b/>
          <w:i w:val="0"/>
        </w:rPr>
        <w:t>о невозможности исполнять обязательства по кредитному договору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Я, [ФИО], являюсь заёмщиком по кредитному договору № [номер] от [дата], заключённому с [наименование банка / МФО].</w:t>
      </w:r>
    </w:p>
    <w:p>
      <w:pPr>
        <w:spacing w:after="120"/>
      </w:pPr>
      <w:r>
        <w:rPr>
          <w:b w:val="0"/>
          <w:i w:val="0"/>
        </w:rPr>
        <w:t>Настоящим уведомляю вас о том, что в связи с [укажите причину: потерей работы / снижением дохода / болезнью / иными обстоятельствами — описать кратко] с [дата] я лишён(а) возможности в полном объёме исполнять обязательства по указанному договору.</w:t>
      </w:r>
    </w:p>
    <w:p>
      <w:pPr>
        <w:spacing w:after="120"/>
      </w:pPr>
      <w:r>
        <w:rPr>
          <w:b/>
          <w:i w:val="0"/>
        </w:rPr>
        <w:t>Сообщаю, что:</w:t>
      </w:r>
    </w:p>
    <w:p>
      <w:pPr>
        <w:spacing w:after="40"/>
      </w:pPr>
      <w:r>
        <w:rPr>
          <w:b w:val="0"/>
          <w:i w:val="0"/>
        </w:rPr>
        <w:t>1. Я не скрываюсь от исполнения обязательств и готов(а) к диалогу.</w:t>
      </w:r>
    </w:p>
    <w:p>
      <w:pPr>
        <w:spacing w:after="40"/>
      </w:pPr>
      <w:r>
        <w:rPr>
          <w:b w:val="0"/>
          <w:i w:val="0"/>
        </w:rPr>
        <w:t>2. Ухудшение финансового положения носит [временный / длительный] характер.</w:t>
      </w:r>
    </w:p>
    <w:p>
      <w:pPr>
        <w:spacing w:after="120"/>
      </w:pPr>
      <w:r>
        <w:rPr>
          <w:b w:val="0"/>
          <w:i w:val="0"/>
        </w:rPr>
        <w:t>3. Я не совершал(а) действий по сокрытию имущества или доходов.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Рассмотреть возможность реструктуризации задолженности / предоставления кредитных каникул по данному договору.</w:t>
      </w:r>
    </w:p>
    <w:p>
      <w:pPr>
        <w:spacing w:after="120"/>
      </w:pPr>
      <w:r>
        <w:rPr>
          <w:b w:val="0"/>
          <w:i w:val="0"/>
        </w:rPr>
        <w:t>2. Направить ответ о возможных вариантах урегулирования в письменной форме по указанным реквизитам в течение 30 дней.</w:t>
      </w:r>
    </w:p>
    <w:p>
      <w:pPr>
        <w:spacing w:after="120"/>
      </w:pPr>
      <w:r>
        <w:rPr>
          <w:b w:val="0"/>
          <w:i/>
        </w:rPr>
        <w:t>Настоящее уведомление направляется в целях добросовестного исполнения обязанности информировать кредитора об изменении финансового положения и не является отказом от долговых обязательств.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ПРИЛОЖЕНИЯ (при наличии):</w:t>
      </w:r>
    </w:p>
    <w:p>
      <w:pPr>
        <w:spacing w:after="120"/>
      </w:pPr>
      <w:r>
        <w:rPr>
          <w:b w:val="0"/>
          <w:i w:val="0"/>
        </w:rPr>
        <w:t>1. [Документ, подтверждающий причину — приказ об увольнении / справка о болезни / иное].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