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sz w:val="28"/>
        </w:rPr>
        <w:t>СПИСОК КРЕДИТОРОВ И ДОЛЖНИКОВ ГРАЖДАНИНА</w:t>
      </w:r>
    </w:p>
    <w:p>
      <w:pPr>
        <w:spacing w:after="120"/>
        <w:jc w:val="center"/>
      </w:pPr>
      <w:r>
        <w:rPr>
          <w:b/>
          <w:i w:val="0"/>
        </w:rPr>
        <w:t>(приложение к заявлению о признании банкротом во внесудебном порядке)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Сведения о гражданине-должнике</w:t>
      </w:r>
    </w:p>
    <w:p>
      <w:pPr>
        <w:spacing w:after="120"/>
      </w:pPr>
      <w:r>
        <w:rPr>
          <w:b w:val="0"/>
          <w:i w:val="0"/>
        </w:rPr>
        <w:t>Фамилия, имя, отчество: [ФИО полностью]</w:t>
      </w:r>
    </w:p>
    <w:p>
      <w:pPr>
        <w:spacing w:after="120"/>
      </w:pPr>
      <w:r>
        <w:rPr>
          <w:b w:val="0"/>
          <w:i w:val="0"/>
        </w:rPr>
        <w:t>Дата рождения: [дд.мм.гггг]</w:t>
      </w:r>
    </w:p>
    <w:p>
      <w:pPr>
        <w:spacing w:after="120"/>
      </w:pPr>
      <w:r>
        <w:rPr>
          <w:b w:val="0"/>
          <w:i w:val="0"/>
        </w:rPr>
        <w:t>СНИЛС: [номер]   ИНН: [номер]</w:t>
      </w:r>
    </w:p>
    <w:p>
      <w:pPr>
        <w:spacing w:after="160"/>
      </w:pPr>
      <w:r>
        <w:rPr>
          <w:b w:val="0"/>
          <w:i w:val="0"/>
        </w:rPr>
        <w:t>Адрес регистрации: [индекс, полный адрес]</w:t>
      </w:r>
    </w:p>
    <w:p>
      <w:pPr>
        <w:spacing w:after="120"/>
      </w:pPr>
      <w:r>
        <w:rPr>
          <w:b/>
          <w:i w:val="0"/>
        </w:rPr>
        <w:t>Раздел 1. Кредиторы (лица, перед которыми имеются обязательства)</w:t>
      </w:r>
    </w:p>
    <w:p>
      <w:pPr>
        <w:spacing w:after="80"/>
      </w:pPr>
      <w:r>
        <w:rPr>
          <w:b w:val="0"/>
          <w:i/>
        </w:rPr>
        <w:t>Указывайте всех кредиторов. Долги перед кредиторами, не включёнными в этот список, не списываются по итогам внесудебного банкротства (ст. 223.6 ФЗ-127).</w:t>
      </w:r>
    </w:p>
    <w:p>
      <w:pPr>
        <w:spacing w:after="120"/>
      </w:pPr>
      <w:r>
        <w:rPr>
          <w:b/>
          <w:i w:val="0"/>
        </w:rPr>
        <w:t>Кредитор № 1</w:t>
      </w:r>
    </w:p>
    <w:p>
      <w:pPr>
        <w:spacing w:after="120"/>
      </w:pPr>
      <w:r>
        <w:rPr>
          <w:b w:val="0"/>
          <w:i w:val="0"/>
        </w:rPr>
        <w:t>Наименование (для организации) / ФИО (для физлица): [наименование / ФИО]</w:t>
      </w:r>
    </w:p>
    <w:p>
      <w:pPr>
        <w:spacing w:after="120"/>
      </w:pPr>
      <w:r>
        <w:rPr>
          <w:b w:val="0"/>
          <w:i w:val="0"/>
        </w:rPr>
        <w:t>ИНН: [номер]   ОГРН (для организации): [номер]</w:t>
      </w:r>
    </w:p>
    <w:p>
      <w:pPr>
        <w:spacing w:after="120"/>
      </w:pPr>
      <w:r>
        <w:rPr>
          <w:b w:val="0"/>
          <w:i w:val="0"/>
        </w:rPr>
        <w:t>Адрес: [юридический / регистрации]</w:t>
      </w:r>
    </w:p>
    <w:p>
      <w:pPr>
        <w:spacing w:after="120"/>
      </w:pPr>
      <w:r>
        <w:rPr>
          <w:b w:val="0"/>
          <w:i w:val="0"/>
        </w:rPr>
        <w:t>Основание возникновения обязательства: [кредитный договор № ___ от ___ / договор займа / расписка / иное]</w:t>
      </w:r>
    </w:p>
    <w:p>
      <w:pPr>
        <w:spacing w:after="120"/>
      </w:pPr>
      <w:r>
        <w:rPr>
          <w:b w:val="0"/>
          <w:i w:val="0"/>
        </w:rPr>
        <w:t>Дата возникновения: [дата договора или дата, с которой возникло обязательство]</w:t>
      </w:r>
    </w:p>
    <w:p>
      <w:pPr>
        <w:spacing w:after="120"/>
      </w:pPr>
      <w:r>
        <w:rPr>
          <w:b w:val="0"/>
          <w:i w:val="0"/>
        </w:rPr>
        <w:t>Характер обязательства: [кредит / заём в МФО / алименты / ЖКХ / налоги / иное]</w:t>
      </w:r>
    </w:p>
    <w:p>
      <w:pPr>
        <w:spacing w:after="120"/>
      </w:pPr>
      <w:r>
        <w:rPr>
          <w:b w:val="0"/>
          <w:i w:val="0"/>
        </w:rPr>
        <w:t>Сумма основного долга: [сумма] руб.</w:t>
      </w:r>
    </w:p>
    <w:p>
      <w:pPr>
        <w:spacing w:after="120"/>
      </w:pPr>
      <w:r>
        <w:rPr>
          <w:b w:val="0"/>
          <w:i w:val="0"/>
        </w:rPr>
        <w:t>Проценты (начислено): [сумма] руб.</w:t>
      </w:r>
    </w:p>
    <w:p>
      <w:pPr>
        <w:spacing w:after="120"/>
      </w:pPr>
      <w:r>
        <w:rPr>
          <w:b w:val="0"/>
          <w:i w:val="0"/>
        </w:rPr>
        <w:t>Штрафы и пени: [сумма] руб.</w:t>
      </w:r>
    </w:p>
    <w:p>
      <w:pPr>
        <w:spacing w:after="120"/>
      </w:pPr>
      <w:r>
        <w:rPr>
          <w:b w:val="0"/>
          <w:i w:val="0"/>
        </w:rPr>
        <w:t>ИТОГО по кредитору: [сумма] руб.</w:t>
      </w:r>
    </w:p>
    <w:p>
      <w:pPr>
        <w:spacing w:after="160"/>
      </w:pPr>
      <w:r>
        <w:rPr>
          <w:b w:val="0"/>
          <w:i w:val="0"/>
        </w:rPr>
        <w:t>Оспаривается ли задолженность: □ нет  □ да (указать суть спора)</w:t>
      </w:r>
    </w:p>
    <w:p>
      <w:pPr>
        <w:spacing w:after="120"/>
      </w:pPr>
      <w:r>
        <w:rPr>
          <w:b/>
          <w:i w:val="0"/>
        </w:rPr>
        <w:t>Кредитор № 2</w:t>
      </w:r>
    </w:p>
    <w:p>
      <w:pPr>
        <w:spacing w:after="120"/>
      </w:pPr>
      <w:r>
        <w:rPr>
          <w:b w:val="0"/>
          <w:i w:val="0"/>
        </w:rPr>
        <w:t>Наименование / ФИО: [наименование / ФИО]</w:t>
      </w:r>
    </w:p>
    <w:p>
      <w:pPr>
        <w:spacing w:after="120"/>
      </w:pPr>
      <w:r>
        <w:rPr>
          <w:b w:val="0"/>
          <w:i w:val="0"/>
        </w:rPr>
        <w:t>ИНН: [номер]   ОГРН: [номер]</w:t>
      </w:r>
    </w:p>
    <w:p>
      <w:pPr>
        <w:spacing w:after="120"/>
      </w:pPr>
      <w:r>
        <w:rPr>
          <w:b w:val="0"/>
          <w:i w:val="0"/>
        </w:rPr>
        <w:t>Адрес: [адрес]</w:t>
      </w:r>
    </w:p>
    <w:p>
      <w:pPr>
        <w:spacing w:after="120"/>
      </w:pPr>
      <w:r>
        <w:rPr>
          <w:b w:val="0"/>
          <w:i w:val="0"/>
        </w:rPr>
        <w:t>Основание: [договор / иное]</w:t>
      </w:r>
    </w:p>
    <w:p>
      <w:pPr>
        <w:spacing w:after="120"/>
      </w:pPr>
      <w:r>
        <w:rPr>
          <w:b w:val="0"/>
          <w:i w:val="0"/>
        </w:rPr>
        <w:t>Характер: [кредит / заём и т.д.]</w:t>
      </w:r>
    </w:p>
    <w:p>
      <w:pPr>
        <w:spacing w:after="120"/>
      </w:pPr>
      <w:r>
        <w:rPr>
          <w:b w:val="0"/>
          <w:i w:val="0"/>
        </w:rPr>
        <w:t>Основной долг: [сумма] руб.</w:t>
      </w:r>
    </w:p>
    <w:p>
      <w:pPr>
        <w:spacing w:after="120"/>
      </w:pPr>
      <w:r>
        <w:rPr>
          <w:b w:val="0"/>
          <w:i w:val="0"/>
        </w:rPr>
        <w:t>Проценты: [сумма] руб.</w:t>
      </w:r>
    </w:p>
    <w:p>
      <w:pPr>
        <w:spacing w:after="120"/>
      </w:pPr>
      <w:r>
        <w:rPr>
          <w:b w:val="0"/>
          <w:i w:val="0"/>
        </w:rPr>
        <w:t>Штрафы и пени: [сумма] руб.</w:t>
      </w:r>
    </w:p>
    <w:p>
      <w:pPr>
        <w:spacing w:after="120"/>
      </w:pPr>
      <w:r>
        <w:rPr>
          <w:b w:val="0"/>
          <w:i w:val="0"/>
        </w:rPr>
        <w:t>ИТОГО: [сумма] руб.</w:t>
      </w:r>
    </w:p>
    <w:p>
      <w:pPr>
        <w:spacing w:after="80"/>
      </w:pPr>
      <w:r>
        <w:rPr>
          <w:b w:val="0"/>
          <w:i w:val="0"/>
        </w:rPr>
        <w:t>Оспаривается: □ нет  □ да</w:t>
      </w:r>
    </w:p>
    <w:p>
      <w:pPr>
        <w:spacing w:after="160"/>
      </w:pPr>
      <w:r>
        <w:rPr>
          <w:b w:val="0"/>
          <w:i/>
        </w:rPr>
        <w:t>(При необходимости добавьте Кредитора № 3, 4 и т.д. по тому же образцу.)</w:t>
      </w:r>
    </w:p>
    <w:p>
      <w:pPr>
        <w:spacing w:after="160"/>
      </w:pPr>
      <w:r>
        <w:rPr>
          <w:b/>
          <w:i w:val="0"/>
        </w:rPr>
        <w:t>Итоговая сумма обязательств перед всеми кредиторами: [ИТОГО] руб.</w:t>
      </w:r>
    </w:p>
    <w:p>
      <w:pPr>
        <w:spacing w:after="120"/>
      </w:pPr>
      <w:r>
        <w:rPr>
          <w:b/>
          <w:i w:val="0"/>
        </w:rPr>
        <w:t>Раздел 2. Должники (лица, которые имеют задолженность передо мной)</w:t>
      </w:r>
    </w:p>
    <w:p>
      <w:pPr>
        <w:spacing w:after="80"/>
      </w:pPr>
      <w:r>
        <w:rPr>
          <w:b w:val="0"/>
          <w:i/>
        </w:rPr>
        <w:t>Если лиц, имеющих задолженность перед вами, нет — укажите «отсутствуют».</w:t>
      </w:r>
    </w:p>
    <w:p>
      <w:pPr>
        <w:spacing w:after="120"/>
      </w:pPr>
      <w:r>
        <w:rPr>
          <w:b w:val="0"/>
          <w:i w:val="0"/>
        </w:rPr>
        <w:t>Наименование / ФИО должника: [наименование / ФИО] или «Отсутствуют»</w:t>
      </w:r>
    </w:p>
    <w:p>
      <w:pPr>
        <w:spacing w:after="120"/>
      </w:pPr>
      <w:r>
        <w:rPr>
          <w:b w:val="0"/>
          <w:i w:val="0"/>
        </w:rPr>
        <w:t>Основание: [договор, решение суда, иное]</w:t>
      </w:r>
    </w:p>
    <w:p>
      <w:pPr>
        <w:spacing w:after="120"/>
      </w:pPr>
      <w:r>
        <w:rPr>
          <w:b w:val="0"/>
          <w:i w:val="0"/>
        </w:rPr>
        <w:t>Сумма: [сумма] руб.</w:t>
      </w:r>
    </w:p>
    <w:p>
      <w:pPr>
        <w:spacing w:after="160"/>
      </w:pPr>
      <w:r>
        <w:rPr>
          <w:b w:val="0"/>
          <w:i w:val="0"/>
        </w:rPr>
        <w:t>Примечание (характер, наличие спора): [описать]</w:t>
      </w:r>
    </w:p>
    <w:p>
      <w:pPr>
        <w:spacing w:after="80"/>
      </w:pPr>
    </w:p>
    <w:p>
      <w:pPr>
        <w:spacing w:after="120"/>
      </w:pPr>
      <w:r>
        <w:rPr>
          <w:b/>
          <w:i w:val="0"/>
        </w:rPr>
        <w:t>Достоверность сведений подтверждаю: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 ФИО]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