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i w:val="0"/>
          <w:sz w:val="28"/>
        </w:rPr>
        <w:t>ДОГОВОР НАЙМА ЖИЛОГО ПОМЕЩЕНИЯ</w:t>
      </w:r>
    </w:p>
    <w:p>
      <w:pPr>
        <w:spacing w:after="120"/>
        <w:jc w:val="center"/>
      </w:pPr>
      <w:r>
        <w:rPr>
          <w:b w:val="0"/>
          <w:i w:val="0"/>
        </w:rPr>
        <w:t>№ [номер, при наличии]</w:t>
      </w:r>
    </w:p>
    <w:p>
      <w:pPr>
        <w:spacing w:after="120"/>
      </w:pPr>
    </w:p>
    <w:p>
      <w:pPr>
        <w:spacing w:after="120"/>
        <w:jc w:val="center"/>
      </w:pPr>
      <w:r>
        <w:rPr>
          <w:b w:val="0"/>
          <w:i w:val="0"/>
        </w:rPr>
        <w:t>г. [город]                                        «___» ____________ 202__ г.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[ФИО наймодателя полностью], [дата рождения], паспорт: серия [___] № [______], выдан [кем и когда], зарегистрирован(а) по адресу: [адрес], именуемый(-ая) в дальнейшем «Наймодатель», с одной стороны, и [ФИО нанимателя полностью], [дата рождения], паспорт: серия [___] № [______], выдан [кем и когда], зарегистрирован(а) по адресу: [адрес], именуемый(-ая) в дальнейшем «Наниматель», с другой стороны, совместно именуемые «Стороны», заключили настоящий договор о нижеследующем.</w:t>
      </w:r>
    </w:p>
    <w:p>
      <w:pPr>
        <w:spacing w:after="120"/>
      </w:pPr>
      <w:r>
        <w:rPr>
          <w:b/>
          <w:i w:val="0"/>
        </w:rPr>
        <w:t>1. Предмет договора</w:t>
      </w:r>
    </w:p>
    <w:p>
      <w:pPr>
        <w:spacing w:after="120"/>
      </w:pPr>
      <w:r>
        <w:rPr>
          <w:b w:val="0"/>
          <w:i w:val="0"/>
        </w:rPr>
        <w:t>1.1. Наймодатель передаёт Нанимателю за плату во владение и пользование жилое помещение — [квартиру / комнату / жилой дом] по адресу: [полный адрес], общей площадью [___] кв. м, кадастровый номер [___] (далее — «Помещение»).</w:t>
      </w:r>
    </w:p>
    <w:p>
      <w:pPr>
        <w:spacing w:after="120"/>
      </w:pPr>
      <w:r>
        <w:rPr>
          <w:b w:val="0"/>
          <w:i w:val="0"/>
        </w:rPr>
        <w:t>1.2. Помещение принадлежит Наймодателю на праве собственности на основании [реквизиты правоустанавливающего документа: выписки ЕГРН / свидетельства о праве собственности от «___» ______ 20__ г.].</w:t>
      </w:r>
    </w:p>
    <w:p>
      <w:pPr>
        <w:spacing w:after="120"/>
      </w:pPr>
      <w:r>
        <w:rPr>
          <w:b w:val="0"/>
          <w:i w:val="0"/>
        </w:rPr>
        <w:t>1.3. Помещение передаётся для проживания Нанимателя и следующих граждан, постоянно проживающих совместно с ним: [ФИО, степень родства, год рождения — для несовершеннолетних]. Иные лица могут вселяться только с письменного согласия Наймодателя.</w:t>
      </w:r>
    </w:p>
    <w:p>
      <w:pPr>
        <w:spacing w:after="120"/>
      </w:pPr>
      <w:r>
        <w:rPr>
          <w:b/>
          <w:i w:val="0"/>
        </w:rPr>
        <w:t>2. Срок найма</w:t>
      </w:r>
    </w:p>
    <w:p>
      <w:pPr>
        <w:spacing w:after="120"/>
      </w:pPr>
      <w:r>
        <w:rPr>
          <w:b w:val="0"/>
          <w:i w:val="0"/>
        </w:rPr>
        <w:t>2.1. Настоящий договор заключён на срок [___ месяцев / ___ лет], но не более 5 (пяти) лет (ст. 683 ГК РФ), с «___» _______ 202__ г. по «___» _______ 202__ г.</w:t>
      </w:r>
    </w:p>
    <w:p>
      <w:pPr>
        <w:spacing w:after="120"/>
      </w:pPr>
      <w:r>
        <w:rPr>
          <w:b w:val="0"/>
          <w:i w:val="0"/>
        </w:rPr>
        <w:t>2.2. Наниматель имеет преимущественное право на заключение договора на новый срок (ст. 684 ГК РФ).</w:t>
      </w:r>
    </w:p>
    <w:p>
      <w:pPr>
        <w:spacing w:after="120"/>
      </w:pPr>
      <w:r>
        <w:rPr>
          <w:b/>
          <w:i w:val="0"/>
        </w:rPr>
        <w:t>3. Плата за наём и порядок расчётов</w:t>
      </w:r>
    </w:p>
    <w:p>
      <w:pPr>
        <w:spacing w:after="120"/>
      </w:pPr>
      <w:r>
        <w:rPr>
          <w:b w:val="0"/>
          <w:i w:val="0"/>
        </w:rPr>
        <w:t>3.1. Размер платы за наём составляет [сумма цифрами] ([сумма прописью]) рублей в месяц.</w:t>
      </w:r>
    </w:p>
    <w:p>
      <w:pPr>
        <w:spacing w:after="120"/>
      </w:pPr>
      <w:r>
        <w:rPr>
          <w:b w:val="0"/>
          <w:i w:val="0"/>
        </w:rPr>
        <w:t>3.2. Плата вносится Нанимателем не позднее [___] числа [текущего / следующего] месяца [наличными под расписку / переводом на счёт Наймодателя: реквизиты счёта].</w:t>
      </w:r>
    </w:p>
    <w:p>
      <w:pPr>
        <w:spacing w:after="120"/>
      </w:pPr>
      <w:r>
        <w:rPr>
          <w:b w:val="0"/>
          <w:i w:val="0"/>
        </w:rPr>
        <w:t>3.3. Коммунальные услуги [включены в плату / оплачиваются Нанимателем отдельно по счётчикам и квитанциям / оплачиваются Наймодателем и компенсируются Нанимателем].</w:t>
      </w:r>
    </w:p>
    <w:p>
      <w:pPr>
        <w:spacing w:after="120"/>
      </w:pPr>
      <w:r>
        <w:rPr>
          <w:b w:val="0"/>
          <w:i w:val="0"/>
        </w:rPr>
        <w:t>3.4. Односторонний пересмотр платы Наймодателем не допускается (ст. 682 ГК РФ); изменение — только по соглашению Сторон.</w:t>
      </w:r>
    </w:p>
    <w:p>
      <w:pPr>
        <w:spacing w:after="120"/>
      </w:pPr>
      <w:r>
        <w:rPr>
          <w:b/>
          <w:i w:val="0"/>
        </w:rPr>
        <w:t>4. Права и обязанности Сторон</w:t>
      </w:r>
    </w:p>
    <w:p>
      <w:pPr>
        <w:spacing w:after="40"/>
      </w:pPr>
      <w:r>
        <w:rPr>
          <w:b w:val="0"/>
          <w:i w:val="0"/>
        </w:rPr>
        <w:t>4.1. Наймодатель обязуется:</w:t>
      </w:r>
    </w:p>
    <w:p>
      <w:pPr>
        <w:spacing w:after="40"/>
      </w:pPr>
      <w:r>
        <w:rPr>
          <w:b w:val="0"/>
          <w:i w:val="0"/>
        </w:rPr>
        <w:t>— передать Нанимателю Помещение в состоянии, пригодном для проживания;</w:t>
      </w:r>
    </w:p>
    <w:p>
      <w:pPr>
        <w:spacing w:after="120"/>
      </w:pPr>
      <w:r>
        <w:rPr>
          <w:b w:val="0"/>
          <w:i w:val="0"/>
        </w:rPr>
        <w:t>— осуществлять надлежащую эксплуатацию общего имущества дома, обеспечивать предоставление коммунальных услуг.</w:t>
      </w:r>
    </w:p>
    <w:p>
      <w:pPr>
        <w:spacing w:after="40"/>
      </w:pPr>
      <w:r>
        <w:rPr>
          <w:b w:val="0"/>
          <w:i w:val="0"/>
        </w:rPr>
        <w:t>4.2. Наниматель обязуется:</w:t>
      </w:r>
    </w:p>
    <w:p>
      <w:pPr>
        <w:spacing w:after="40"/>
      </w:pPr>
      <w:r>
        <w:rPr>
          <w:b w:val="0"/>
          <w:i w:val="0"/>
        </w:rPr>
        <w:t>— использовать Помещение только для проживания, обеспечивать его сохранность и поддерживать в надлежащем состоянии;</w:t>
      </w:r>
    </w:p>
    <w:p>
      <w:pPr>
        <w:spacing w:after="40"/>
      </w:pPr>
      <w:r>
        <w:rPr>
          <w:b w:val="0"/>
          <w:i w:val="0"/>
        </w:rPr>
        <w:t>— своевременно вносить плату за наём и коммунальные услуги (в части, относящейся на Нанимателя);</w:t>
      </w:r>
    </w:p>
    <w:p>
      <w:pPr>
        <w:spacing w:after="40"/>
      </w:pPr>
      <w:r>
        <w:rPr>
          <w:b w:val="0"/>
          <w:i w:val="0"/>
        </w:rPr>
        <w:t>— не производить переустройство и реконструкцию без согласия Наймодателя;</w:t>
      </w:r>
    </w:p>
    <w:p>
      <w:pPr>
        <w:spacing w:after="120"/>
      </w:pPr>
      <w:r>
        <w:rPr>
          <w:b w:val="0"/>
          <w:i w:val="0"/>
        </w:rPr>
        <w:t>— соблюдать правила пользования жилыми помещениями и права соседей.</w:t>
      </w:r>
    </w:p>
    <w:p>
      <w:pPr>
        <w:spacing w:after="120"/>
      </w:pPr>
      <w:r>
        <w:rPr>
          <w:b/>
          <w:i w:val="0"/>
        </w:rPr>
        <w:t>5. Расторжение договора</w:t>
      </w:r>
    </w:p>
    <w:p>
      <w:pPr>
        <w:spacing w:after="120"/>
      </w:pPr>
      <w:r>
        <w:rPr>
          <w:b w:val="0"/>
          <w:i w:val="0"/>
        </w:rPr>
        <w:t>5.1. Договор может быть расторгнут по соглашению Сторон, а также в одностороннем порядке в случаях, предусмотренных ст. 687 ГК РФ.</w:t>
      </w:r>
    </w:p>
    <w:p>
      <w:pPr>
        <w:spacing w:after="120"/>
      </w:pPr>
      <w:r>
        <w:rPr>
          <w:b w:val="0"/>
          <w:i w:val="0"/>
        </w:rPr>
        <w:t>5.2. Наниматель вправе с согласия других постоянно проживающих с ним граждан в любое время расторгнуть договор с письменным предупреждением Наймодателя за 3 (три) месяца.</w:t>
      </w:r>
    </w:p>
    <w:p>
      <w:pPr>
        <w:spacing w:after="120"/>
      </w:pPr>
      <w:r>
        <w:rPr>
          <w:b/>
          <w:i w:val="0"/>
        </w:rPr>
        <w:t>6. Заключительные положения</w:t>
      </w:r>
    </w:p>
    <w:p>
      <w:pPr>
        <w:spacing w:after="120"/>
      </w:pPr>
      <w:r>
        <w:rPr>
          <w:b w:val="0"/>
          <w:i w:val="0"/>
        </w:rPr>
        <w:t>6.1. Настоящий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</w:pPr>
      <w:r>
        <w:rPr>
          <w:b w:val="0"/>
          <w:i w:val="0"/>
        </w:rPr>
        <w:t>6.2. Во всём, что не урегулировано настоящим договором, Стороны руководствуются главой 35 Гражданского кодекса РФ.</w:t>
      </w:r>
    </w:p>
    <w:p>
      <w:pPr>
        <w:spacing w:after="120"/>
      </w:pPr>
      <w:r>
        <w:rPr>
          <w:b w:val="0"/>
          <w:i w:val="0"/>
        </w:rPr>
        <w:t>6.3. Приложение: акт приёма-передачи Помещения (при наличии — опись имущества, находящегося в Помещении).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7. Реквизиты и подписи Сторон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Наймодатель:                                     Наниматель:</w:t>
      </w:r>
    </w:p>
    <w:p>
      <w:pPr>
        <w:spacing w:after="120"/>
      </w:pPr>
      <w:r>
        <w:rPr>
          <w:b w:val="0"/>
          <w:i w:val="0"/>
        </w:rPr>
        <w:t>[ФИО, паспорт, адрес,                            [ФИО, паспорт, адрес,</w:t>
      </w:r>
    </w:p>
    <w:p>
      <w:pPr>
        <w:spacing w:after="120"/>
      </w:pPr>
      <w:r>
        <w:rPr>
          <w:b w:val="0"/>
          <w:i w:val="0"/>
        </w:rPr>
        <w:t>телефон, e-mail]                                 телефон, e-mail]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________________ / [расшифровка]                 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